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EFA22" w14:textId="77777777" w:rsidR="00A408FF" w:rsidRDefault="00A408FF" w:rsidP="00F63E44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19"/>
        <w:gridCol w:w="2119"/>
        <w:gridCol w:w="2119"/>
        <w:gridCol w:w="2119"/>
        <w:gridCol w:w="2119"/>
        <w:gridCol w:w="2119"/>
        <w:gridCol w:w="2119"/>
      </w:tblGrid>
      <w:tr w:rsidR="00A408FF" w14:paraId="4DE92EB4" w14:textId="77777777">
        <w:trPr>
          <w:trHeight w:hRule="exact" w:val="1051"/>
          <w:jc w:val="center"/>
        </w:trPr>
        <w:tc>
          <w:tcPr>
            <w:tcW w:w="2117" w:type="dxa"/>
            <w:shd w:val="clear" w:color="auto" w:fill="43206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12EB67B" w14:textId="77777777" w:rsidR="00A408FF" w:rsidRDefault="00F308F1">
            <w:pPr>
              <w:jc w:val="center"/>
            </w:pPr>
            <w:r>
              <w:rPr>
                <w:rFonts w:ascii="Arial" w:eastAsia="Arial" w:hAnsi="Arial"/>
                <w:b/>
                <w:color w:val="FFFFFF"/>
                <w:sz w:val="16"/>
              </w:rPr>
              <w:t>Sun</w:t>
            </w:r>
          </w:p>
        </w:tc>
        <w:tc>
          <w:tcPr>
            <w:tcW w:w="2117" w:type="dxa"/>
            <w:shd w:val="clear" w:color="auto" w:fill="43206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81B5524" w14:textId="77777777" w:rsidR="00A408FF" w:rsidRDefault="00F308F1">
            <w:pPr>
              <w:jc w:val="center"/>
            </w:pPr>
            <w:r>
              <w:rPr>
                <w:rFonts w:ascii="Arial" w:eastAsia="Arial" w:hAnsi="Arial"/>
                <w:b/>
                <w:color w:val="FFFFFF"/>
                <w:sz w:val="16"/>
              </w:rPr>
              <w:t>Mon</w:t>
            </w:r>
          </w:p>
        </w:tc>
        <w:tc>
          <w:tcPr>
            <w:tcW w:w="2117" w:type="dxa"/>
            <w:shd w:val="clear" w:color="auto" w:fill="43206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B9E125A" w14:textId="77777777" w:rsidR="00A408FF" w:rsidRDefault="00F308F1">
            <w:pPr>
              <w:jc w:val="center"/>
            </w:pPr>
            <w:r>
              <w:rPr>
                <w:rFonts w:ascii="Arial" w:eastAsia="Arial" w:hAnsi="Arial"/>
                <w:b/>
                <w:color w:val="FFFFFF"/>
                <w:sz w:val="16"/>
              </w:rPr>
              <w:t>Tue</w:t>
            </w:r>
          </w:p>
        </w:tc>
        <w:tc>
          <w:tcPr>
            <w:tcW w:w="2117" w:type="dxa"/>
            <w:shd w:val="clear" w:color="auto" w:fill="43206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A330374" w14:textId="77777777" w:rsidR="00A408FF" w:rsidRDefault="00F308F1">
            <w:pPr>
              <w:jc w:val="center"/>
            </w:pPr>
            <w:r>
              <w:rPr>
                <w:rFonts w:ascii="Arial" w:eastAsia="Arial" w:hAnsi="Arial"/>
                <w:b/>
                <w:color w:val="FFFFFF"/>
                <w:sz w:val="16"/>
              </w:rPr>
              <w:t>Wed</w:t>
            </w:r>
          </w:p>
        </w:tc>
        <w:tc>
          <w:tcPr>
            <w:tcW w:w="2117" w:type="dxa"/>
            <w:shd w:val="clear" w:color="auto" w:fill="43206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2183D41" w14:textId="77777777" w:rsidR="00A408FF" w:rsidRDefault="00F308F1">
            <w:pPr>
              <w:jc w:val="center"/>
            </w:pPr>
            <w:r>
              <w:rPr>
                <w:rFonts w:ascii="Arial" w:eastAsia="Arial" w:hAnsi="Arial"/>
                <w:b/>
                <w:color w:val="FFFFFF"/>
                <w:sz w:val="16"/>
              </w:rPr>
              <w:t>Thu</w:t>
            </w:r>
          </w:p>
        </w:tc>
        <w:tc>
          <w:tcPr>
            <w:tcW w:w="2117" w:type="dxa"/>
            <w:shd w:val="clear" w:color="auto" w:fill="43206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6F29E5B" w14:textId="77777777" w:rsidR="00A408FF" w:rsidRDefault="00F308F1">
            <w:pPr>
              <w:jc w:val="center"/>
            </w:pPr>
            <w:r>
              <w:rPr>
                <w:rFonts w:ascii="Arial" w:eastAsia="Arial" w:hAnsi="Arial"/>
                <w:b/>
                <w:color w:val="FFFFFF"/>
                <w:sz w:val="16"/>
              </w:rPr>
              <w:t>Fri</w:t>
            </w:r>
          </w:p>
        </w:tc>
        <w:tc>
          <w:tcPr>
            <w:tcW w:w="2117" w:type="dxa"/>
            <w:shd w:val="clear" w:color="auto" w:fill="43206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4B20EA8" w14:textId="77777777" w:rsidR="00A408FF" w:rsidRDefault="00F308F1">
            <w:pPr>
              <w:jc w:val="center"/>
            </w:pPr>
            <w:r>
              <w:rPr>
                <w:rFonts w:ascii="Arial" w:eastAsia="Arial" w:hAnsi="Arial"/>
                <w:b/>
                <w:color w:val="FFFFFF"/>
                <w:sz w:val="16"/>
              </w:rPr>
              <w:t>Sat</w:t>
            </w:r>
          </w:p>
        </w:tc>
      </w:tr>
      <w:tr w:rsidR="00A408FF" w14:paraId="4EE6B88E" w14:textId="77777777">
        <w:trPr>
          <w:trHeight w:hRule="exact" w:val="1051"/>
          <w:jc w:val="center"/>
        </w:trPr>
        <w:tc>
          <w:tcPr>
            <w:tcW w:w="2119" w:type="dxa"/>
            <w:tcBorders>
              <w:top w:val="single" w:sz="4" w:space="0" w:color="B8B2BF"/>
              <w:left w:val="single" w:sz="4" w:space="0" w:color="B8B2BF"/>
              <w:bottom w:val="single" w:sz="4" w:space="0" w:color="B8B2BF"/>
              <w:right w:val="single" w:sz="4" w:space="0" w:color="B8B2BF"/>
            </w:tcBorders>
            <w:shd w:val="clear" w:color="auto" w:fill="FFFFFF"/>
            <w:tcMar>
              <w:top w:w="45" w:type="dxa"/>
              <w:left w:w="45" w:type="dxa"/>
              <w:bottom w:w="35" w:type="dxa"/>
              <w:right w:w="45" w:type="dxa"/>
            </w:tcMar>
          </w:tcPr>
          <w:p w14:paraId="05B189E8" w14:textId="77777777" w:rsidR="007F1966" w:rsidRDefault="007F1966"/>
        </w:tc>
        <w:tc>
          <w:tcPr>
            <w:tcW w:w="2119" w:type="dxa"/>
            <w:tcBorders>
              <w:top w:val="single" w:sz="4" w:space="0" w:color="B8B2BF"/>
              <w:left w:val="single" w:sz="4" w:space="0" w:color="B8B2BF"/>
              <w:bottom w:val="single" w:sz="4" w:space="0" w:color="B8B2BF"/>
              <w:right w:val="single" w:sz="4" w:space="0" w:color="B8B2BF"/>
            </w:tcBorders>
            <w:shd w:val="clear" w:color="auto" w:fill="FFFFFF"/>
            <w:tcMar>
              <w:top w:w="45" w:type="dxa"/>
              <w:left w:w="45" w:type="dxa"/>
              <w:bottom w:w="35" w:type="dxa"/>
              <w:right w:w="45" w:type="dxa"/>
            </w:tcMar>
          </w:tcPr>
          <w:p w14:paraId="07044CF2" w14:textId="77777777" w:rsidR="007F1966" w:rsidRDefault="007F1966"/>
        </w:tc>
        <w:tc>
          <w:tcPr>
            <w:tcW w:w="2119" w:type="dxa"/>
            <w:tcBorders>
              <w:top w:val="single" w:sz="4" w:space="0" w:color="B8B2BF"/>
              <w:left w:val="single" w:sz="4" w:space="0" w:color="B8B2BF"/>
              <w:bottom w:val="single" w:sz="4" w:space="0" w:color="B8B2BF"/>
              <w:right w:val="single" w:sz="4" w:space="0" w:color="B8B2BF"/>
            </w:tcBorders>
            <w:shd w:val="clear" w:color="auto" w:fill="FFFFFF"/>
            <w:tcMar>
              <w:top w:w="45" w:type="dxa"/>
              <w:left w:w="45" w:type="dxa"/>
              <w:bottom w:w="35" w:type="dxa"/>
              <w:right w:w="45" w:type="dxa"/>
            </w:tcMar>
          </w:tcPr>
          <w:p w14:paraId="4B089437" w14:textId="77777777" w:rsidR="007F1966" w:rsidRDefault="007F1966"/>
        </w:tc>
        <w:tc>
          <w:tcPr>
            <w:tcW w:w="2119" w:type="dxa"/>
            <w:tcBorders>
              <w:top w:val="single" w:sz="4" w:space="0" w:color="B8B2BF"/>
              <w:left w:val="single" w:sz="4" w:space="0" w:color="B8B2BF"/>
              <w:bottom w:val="single" w:sz="4" w:space="0" w:color="B8B2BF"/>
              <w:right w:val="single" w:sz="4" w:space="0" w:color="B8B2BF"/>
            </w:tcBorders>
            <w:shd w:val="clear" w:color="auto" w:fill="FFFFFF"/>
            <w:tcMar>
              <w:top w:w="45" w:type="dxa"/>
              <w:left w:w="45" w:type="dxa"/>
              <w:bottom w:w="35" w:type="dxa"/>
              <w:right w:w="45" w:type="dxa"/>
            </w:tcMar>
          </w:tcPr>
          <w:p w14:paraId="232AD394" w14:textId="77777777" w:rsidR="007F1966" w:rsidRDefault="007F1966"/>
        </w:tc>
        <w:tc>
          <w:tcPr>
            <w:tcW w:w="2119" w:type="dxa"/>
            <w:tcBorders>
              <w:top w:val="single" w:sz="4" w:space="0" w:color="B8B2BF"/>
              <w:left w:val="single" w:sz="4" w:space="0" w:color="B8B2BF"/>
              <w:bottom w:val="single" w:sz="4" w:space="0" w:color="B8B2BF"/>
              <w:right w:val="single" w:sz="4" w:space="0" w:color="B8B2BF"/>
            </w:tcBorders>
            <w:shd w:val="clear" w:color="auto" w:fill="FFFFFF"/>
            <w:tcMar>
              <w:top w:w="45" w:type="dxa"/>
              <w:left w:w="45" w:type="dxa"/>
              <w:bottom w:w="35" w:type="dxa"/>
              <w:right w:w="45" w:type="dxa"/>
            </w:tcMar>
          </w:tcPr>
          <w:p w14:paraId="3D03A730" w14:textId="77777777" w:rsidR="007F1966" w:rsidRDefault="00CC1311">
            <w:pPr>
              <w:spacing w:after="0"/>
            </w:pPr>
            <w:r>
              <w:rPr>
                <w:rFonts w:ascii="Arial" w:eastAsia="Arial" w:hAnsi="Arial"/>
                <w:b/>
                <w:color w:val="43206A"/>
                <w:sz w:val="17"/>
              </w:rPr>
              <w:t>1</w:t>
            </w:r>
          </w:p>
        </w:tc>
        <w:tc>
          <w:tcPr>
            <w:tcW w:w="2119" w:type="dxa"/>
            <w:tcBorders>
              <w:top w:val="single" w:sz="4" w:space="0" w:color="B8B2BF"/>
              <w:left w:val="single" w:sz="4" w:space="0" w:color="B8B2BF"/>
              <w:bottom w:val="single" w:sz="4" w:space="0" w:color="B8B2BF"/>
              <w:right w:val="single" w:sz="4" w:space="0" w:color="B8B2BF"/>
            </w:tcBorders>
            <w:shd w:val="clear" w:color="auto" w:fill="FFFFFF"/>
            <w:tcMar>
              <w:top w:w="45" w:type="dxa"/>
              <w:left w:w="45" w:type="dxa"/>
              <w:bottom w:w="35" w:type="dxa"/>
              <w:right w:w="45" w:type="dxa"/>
            </w:tcMar>
          </w:tcPr>
          <w:p w14:paraId="5031AEC8" w14:textId="77777777" w:rsidR="007F1966" w:rsidRDefault="00CC1311">
            <w:pPr>
              <w:spacing w:after="0"/>
            </w:pPr>
            <w:r>
              <w:rPr>
                <w:rFonts w:ascii="Arial" w:eastAsia="Arial" w:hAnsi="Arial"/>
                <w:b/>
                <w:color w:val="43206A"/>
                <w:sz w:val="17"/>
              </w:rPr>
              <w:t>2</w:t>
            </w:r>
          </w:p>
        </w:tc>
        <w:tc>
          <w:tcPr>
            <w:tcW w:w="2119" w:type="dxa"/>
            <w:tcBorders>
              <w:top w:val="single" w:sz="4" w:space="0" w:color="B8B2BF"/>
              <w:left w:val="single" w:sz="4" w:space="0" w:color="B8B2BF"/>
              <w:bottom w:val="single" w:sz="4" w:space="0" w:color="B8B2BF"/>
              <w:right w:val="single" w:sz="4" w:space="0" w:color="B8B2BF"/>
            </w:tcBorders>
            <w:shd w:val="clear" w:color="auto" w:fill="FFFFFF"/>
            <w:tcMar>
              <w:top w:w="45" w:type="dxa"/>
              <w:left w:w="45" w:type="dxa"/>
              <w:bottom w:w="35" w:type="dxa"/>
              <w:right w:w="45" w:type="dxa"/>
            </w:tcMar>
          </w:tcPr>
          <w:p w14:paraId="1D0B2066" w14:textId="77777777" w:rsidR="007F1966" w:rsidRDefault="00CC1311">
            <w:pPr>
              <w:spacing w:after="0"/>
            </w:pPr>
            <w:r>
              <w:rPr>
                <w:rFonts w:ascii="Arial" w:eastAsia="Arial" w:hAnsi="Arial"/>
                <w:b/>
                <w:color w:val="43206A"/>
                <w:sz w:val="17"/>
              </w:rPr>
              <w:t>3</w:t>
            </w:r>
          </w:p>
        </w:tc>
      </w:tr>
      <w:tr w:rsidR="00A408FF" w14:paraId="2A813DA5" w14:textId="77777777" w:rsidTr="004C1CC4">
        <w:trPr>
          <w:trHeight w:hRule="exact" w:val="1051"/>
          <w:jc w:val="center"/>
        </w:trPr>
        <w:tc>
          <w:tcPr>
            <w:tcW w:w="2119" w:type="dxa"/>
            <w:tcBorders>
              <w:top w:val="single" w:sz="4" w:space="0" w:color="B8B2BF"/>
              <w:left w:val="single" w:sz="4" w:space="0" w:color="B8B2BF"/>
              <w:bottom w:val="single" w:sz="4" w:space="0" w:color="B8B2BF"/>
              <w:right w:val="single" w:sz="4" w:space="0" w:color="B8B2BF"/>
            </w:tcBorders>
            <w:shd w:val="clear" w:color="auto" w:fill="FFFFFF"/>
            <w:tcMar>
              <w:top w:w="45" w:type="dxa"/>
              <w:left w:w="45" w:type="dxa"/>
              <w:bottom w:w="35" w:type="dxa"/>
              <w:right w:w="45" w:type="dxa"/>
            </w:tcMar>
          </w:tcPr>
          <w:p w14:paraId="0442EEB7" w14:textId="77777777" w:rsidR="007F1966" w:rsidRDefault="00CC1311">
            <w:pPr>
              <w:spacing w:after="0"/>
            </w:pPr>
            <w:r>
              <w:rPr>
                <w:rFonts w:ascii="Arial" w:eastAsia="Arial" w:hAnsi="Arial"/>
                <w:b/>
                <w:color w:val="43206A"/>
                <w:sz w:val="17"/>
              </w:rPr>
              <w:t>4</w:t>
            </w:r>
          </w:p>
        </w:tc>
        <w:tc>
          <w:tcPr>
            <w:tcW w:w="2119" w:type="dxa"/>
            <w:tcBorders>
              <w:top w:val="single" w:sz="4" w:space="0" w:color="B8B2BF"/>
              <w:left w:val="single" w:sz="4" w:space="0" w:color="B8B2BF"/>
              <w:bottom w:val="single" w:sz="4" w:space="0" w:color="B8B2BF"/>
              <w:right w:val="single" w:sz="4" w:space="0" w:color="B8B2BF"/>
            </w:tcBorders>
            <w:shd w:val="clear" w:color="auto" w:fill="FFFFFF"/>
            <w:tcMar>
              <w:top w:w="45" w:type="dxa"/>
              <w:left w:w="45" w:type="dxa"/>
              <w:bottom w:w="35" w:type="dxa"/>
              <w:right w:w="45" w:type="dxa"/>
            </w:tcMar>
          </w:tcPr>
          <w:p w14:paraId="16CC8EC4" w14:textId="77777777" w:rsidR="007F1966" w:rsidRDefault="00CC1311">
            <w:pPr>
              <w:spacing w:after="0"/>
            </w:pPr>
            <w:r>
              <w:rPr>
                <w:rFonts w:ascii="Arial" w:eastAsia="Arial" w:hAnsi="Arial"/>
                <w:b/>
                <w:color w:val="43206A"/>
                <w:sz w:val="17"/>
              </w:rPr>
              <w:t>5</w:t>
            </w:r>
          </w:p>
        </w:tc>
        <w:tc>
          <w:tcPr>
            <w:tcW w:w="2119" w:type="dxa"/>
            <w:tcBorders>
              <w:top w:val="single" w:sz="4" w:space="0" w:color="B8B2BF"/>
              <w:left w:val="single" w:sz="4" w:space="0" w:color="B8B2BF"/>
              <w:bottom w:val="single" w:sz="4" w:space="0" w:color="B8B2BF"/>
              <w:right w:val="single" w:sz="4" w:space="0" w:color="B8B2BF"/>
            </w:tcBorders>
            <w:shd w:val="clear" w:color="auto" w:fill="EEEAF2"/>
            <w:tcMar>
              <w:top w:w="45" w:type="dxa"/>
              <w:left w:w="45" w:type="dxa"/>
              <w:bottom w:w="35" w:type="dxa"/>
              <w:right w:w="45" w:type="dxa"/>
            </w:tcMar>
          </w:tcPr>
          <w:p w14:paraId="408DB617" w14:textId="77777777" w:rsidR="007F1966" w:rsidRDefault="00CC1311">
            <w:pPr>
              <w:spacing w:after="0"/>
            </w:pPr>
            <w:r>
              <w:rPr>
                <w:rFonts w:ascii="Arial" w:eastAsia="Arial" w:hAnsi="Arial"/>
                <w:b/>
                <w:color w:val="43206A"/>
                <w:sz w:val="17"/>
              </w:rPr>
              <w:t>6</w:t>
            </w:r>
          </w:p>
          <w:p w14:paraId="178F75BC" w14:textId="77777777" w:rsidR="007F1966" w:rsidRDefault="00CC1311">
            <w:pPr>
              <w:spacing w:before="40" w:after="0" w:line="216" w:lineRule="auto"/>
            </w:pPr>
            <w:r>
              <w:rPr>
                <w:rFonts w:ascii="Arial" w:eastAsia="Arial" w:hAnsi="Arial"/>
                <w:color w:val="333333"/>
                <w:sz w:val="13"/>
              </w:rPr>
              <w:t>Eagles Annex Building,</w:t>
            </w:r>
          </w:p>
          <w:p w14:paraId="75A47DEB" w14:textId="77777777" w:rsidR="007F1966" w:rsidRDefault="00CC1311">
            <w:pPr>
              <w:spacing w:before="40" w:after="0" w:line="216" w:lineRule="auto"/>
            </w:pPr>
            <w:r>
              <w:rPr>
                <w:rFonts w:ascii="Arial" w:eastAsia="Arial" w:hAnsi="Arial"/>
                <w:color w:val="333333"/>
                <w:sz w:val="13"/>
              </w:rPr>
              <w:t>Lakeview | 11am-12pm (W)</w:t>
            </w:r>
          </w:p>
        </w:tc>
        <w:tc>
          <w:tcPr>
            <w:tcW w:w="2119" w:type="dxa"/>
            <w:tcBorders>
              <w:top w:val="single" w:sz="4" w:space="0" w:color="B8B2BF"/>
              <w:left w:val="single" w:sz="4" w:space="0" w:color="B8B2BF"/>
              <w:bottom w:val="single" w:sz="4" w:space="0" w:color="B8B2BF"/>
              <w:right w:val="single" w:sz="4" w:space="0" w:color="B8B2BF"/>
            </w:tcBorders>
            <w:shd w:val="clear" w:color="auto" w:fill="EEEAF2"/>
            <w:tcMar>
              <w:top w:w="45" w:type="dxa"/>
              <w:left w:w="45" w:type="dxa"/>
              <w:bottom w:w="35" w:type="dxa"/>
              <w:right w:w="45" w:type="dxa"/>
            </w:tcMar>
          </w:tcPr>
          <w:p w14:paraId="427F8B4B" w14:textId="77777777" w:rsidR="007F1966" w:rsidRDefault="00CC1311">
            <w:pPr>
              <w:spacing w:after="0"/>
            </w:pPr>
            <w:r>
              <w:rPr>
                <w:rFonts w:ascii="Arial" w:eastAsia="Arial" w:hAnsi="Arial"/>
                <w:b/>
                <w:color w:val="43206A"/>
                <w:sz w:val="17"/>
              </w:rPr>
              <w:t>7</w:t>
            </w:r>
          </w:p>
          <w:p w14:paraId="320F9DE1" w14:textId="77777777" w:rsidR="007F1966" w:rsidRDefault="00CC1311">
            <w:pPr>
              <w:spacing w:before="40" w:after="0" w:line="216" w:lineRule="auto"/>
            </w:pPr>
            <w:r>
              <w:rPr>
                <w:rFonts w:ascii="Arial" w:eastAsia="Arial" w:hAnsi="Arial"/>
                <w:color w:val="333333"/>
                <w:sz w:val="13"/>
              </w:rPr>
              <w:t>Lion's Club Ball Park,</w:t>
            </w:r>
          </w:p>
          <w:p w14:paraId="1C288E37" w14:textId="77777777" w:rsidR="007F1966" w:rsidRDefault="00CC1311">
            <w:pPr>
              <w:spacing w:before="40" w:after="0" w:line="216" w:lineRule="auto"/>
            </w:pPr>
            <w:r>
              <w:rPr>
                <w:rFonts w:ascii="Arial" w:eastAsia="Arial" w:hAnsi="Arial"/>
                <w:color w:val="333333"/>
                <w:sz w:val="13"/>
              </w:rPr>
              <w:t>West Liberty | 12-1pm (D)</w:t>
            </w:r>
          </w:p>
        </w:tc>
        <w:tc>
          <w:tcPr>
            <w:tcW w:w="2119" w:type="dxa"/>
            <w:tcBorders>
              <w:top w:val="single" w:sz="4" w:space="0" w:color="B8B2BF"/>
              <w:left w:val="single" w:sz="4" w:space="0" w:color="B8B2BF"/>
              <w:bottom w:val="single" w:sz="4" w:space="0" w:color="B8B2BF"/>
              <w:right w:val="single" w:sz="4" w:space="0" w:color="B8B2BF"/>
            </w:tcBorders>
            <w:shd w:val="clear" w:color="auto" w:fill="E5DFEC" w:themeFill="accent4" w:themeFillTint="33"/>
            <w:tcMar>
              <w:top w:w="45" w:type="dxa"/>
              <w:left w:w="45" w:type="dxa"/>
              <w:bottom w:w="35" w:type="dxa"/>
              <w:right w:w="45" w:type="dxa"/>
            </w:tcMar>
          </w:tcPr>
          <w:p w14:paraId="55824F58" w14:textId="77777777" w:rsidR="007F1966" w:rsidRDefault="00CC1311">
            <w:pPr>
              <w:spacing w:after="0"/>
              <w:rPr>
                <w:rFonts w:ascii="Arial" w:eastAsia="Arial" w:hAnsi="Arial"/>
                <w:b/>
                <w:color w:val="43206A"/>
                <w:sz w:val="17"/>
              </w:rPr>
            </w:pPr>
            <w:r>
              <w:rPr>
                <w:rFonts w:ascii="Arial" w:eastAsia="Arial" w:hAnsi="Arial"/>
                <w:b/>
                <w:color w:val="43206A"/>
                <w:sz w:val="17"/>
              </w:rPr>
              <w:t>8</w:t>
            </w:r>
          </w:p>
          <w:p w14:paraId="032AC401" w14:textId="77777777" w:rsidR="004C1CC4" w:rsidRDefault="004C1CC4" w:rsidP="004C1CC4">
            <w:pPr>
              <w:spacing w:before="40" w:after="0" w:line="216" w:lineRule="auto"/>
            </w:pPr>
            <w:r>
              <w:rPr>
                <w:rFonts w:ascii="Arial" w:eastAsia="Arial" w:hAnsi="Arial"/>
                <w:color w:val="333333"/>
                <w:sz w:val="13"/>
              </w:rPr>
              <w:t>Urbana CHC</w:t>
            </w:r>
          </w:p>
          <w:p w14:paraId="5AE4A6C6" w14:textId="1AAE1675" w:rsidR="004C1CC4" w:rsidRDefault="004C1CC4" w:rsidP="004C1CC4">
            <w:pPr>
              <w:spacing w:after="0"/>
            </w:pPr>
            <w:r>
              <w:rPr>
                <w:rFonts w:ascii="Arial" w:eastAsia="Arial" w:hAnsi="Arial"/>
                <w:color w:val="333333"/>
                <w:sz w:val="13"/>
              </w:rPr>
              <w:t>12-1pm (W)</w:t>
            </w:r>
          </w:p>
        </w:tc>
        <w:tc>
          <w:tcPr>
            <w:tcW w:w="2119" w:type="dxa"/>
            <w:tcBorders>
              <w:top w:val="single" w:sz="4" w:space="0" w:color="B8B2BF"/>
              <w:left w:val="single" w:sz="4" w:space="0" w:color="B8B2BF"/>
              <w:bottom w:val="single" w:sz="4" w:space="0" w:color="B8B2BF"/>
              <w:right w:val="single" w:sz="4" w:space="0" w:color="B8B2BF"/>
            </w:tcBorders>
            <w:shd w:val="clear" w:color="auto" w:fill="FFFFFF"/>
            <w:tcMar>
              <w:top w:w="45" w:type="dxa"/>
              <w:left w:w="45" w:type="dxa"/>
              <w:bottom w:w="35" w:type="dxa"/>
              <w:right w:w="45" w:type="dxa"/>
            </w:tcMar>
          </w:tcPr>
          <w:p w14:paraId="10DEEF1F" w14:textId="77777777" w:rsidR="007F1966" w:rsidRDefault="00CC1311">
            <w:pPr>
              <w:spacing w:after="0"/>
            </w:pPr>
            <w:r>
              <w:rPr>
                <w:rFonts w:ascii="Arial" w:eastAsia="Arial" w:hAnsi="Arial"/>
                <w:b/>
                <w:color w:val="43206A"/>
                <w:sz w:val="17"/>
              </w:rPr>
              <w:t>9</w:t>
            </w:r>
          </w:p>
        </w:tc>
        <w:tc>
          <w:tcPr>
            <w:tcW w:w="2119" w:type="dxa"/>
            <w:tcBorders>
              <w:top w:val="single" w:sz="4" w:space="0" w:color="B8B2BF"/>
              <w:left w:val="single" w:sz="4" w:space="0" w:color="B8B2BF"/>
              <w:bottom w:val="single" w:sz="4" w:space="0" w:color="B8B2BF"/>
              <w:right w:val="single" w:sz="4" w:space="0" w:color="B8B2BF"/>
            </w:tcBorders>
            <w:shd w:val="clear" w:color="auto" w:fill="FFFFFF"/>
            <w:tcMar>
              <w:top w:w="45" w:type="dxa"/>
              <w:left w:w="45" w:type="dxa"/>
              <w:bottom w:w="35" w:type="dxa"/>
              <w:right w:w="45" w:type="dxa"/>
            </w:tcMar>
          </w:tcPr>
          <w:p w14:paraId="53882F09" w14:textId="77777777" w:rsidR="007F1966" w:rsidRDefault="00CC1311">
            <w:pPr>
              <w:spacing w:after="0"/>
            </w:pPr>
            <w:r>
              <w:rPr>
                <w:rFonts w:ascii="Arial" w:eastAsia="Arial" w:hAnsi="Arial"/>
                <w:b/>
                <w:color w:val="43206A"/>
                <w:sz w:val="17"/>
              </w:rPr>
              <w:t>10</w:t>
            </w:r>
          </w:p>
        </w:tc>
      </w:tr>
      <w:tr w:rsidR="00A408FF" w14:paraId="1024FDDD" w14:textId="77777777" w:rsidTr="004C1CC4">
        <w:trPr>
          <w:trHeight w:hRule="exact" w:val="1051"/>
          <w:jc w:val="center"/>
        </w:trPr>
        <w:tc>
          <w:tcPr>
            <w:tcW w:w="2119" w:type="dxa"/>
            <w:tcBorders>
              <w:top w:val="single" w:sz="4" w:space="0" w:color="B8B2BF"/>
              <w:left w:val="single" w:sz="4" w:space="0" w:color="B8B2BF"/>
              <w:bottom w:val="single" w:sz="4" w:space="0" w:color="B8B2BF"/>
              <w:right w:val="single" w:sz="4" w:space="0" w:color="B8B2BF"/>
            </w:tcBorders>
            <w:shd w:val="clear" w:color="auto" w:fill="FFFFFF"/>
            <w:tcMar>
              <w:top w:w="45" w:type="dxa"/>
              <w:left w:w="45" w:type="dxa"/>
              <w:bottom w:w="35" w:type="dxa"/>
              <w:right w:w="45" w:type="dxa"/>
            </w:tcMar>
          </w:tcPr>
          <w:p w14:paraId="3B26A075" w14:textId="77777777" w:rsidR="007F1966" w:rsidRDefault="00CC1311">
            <w:pPr>
              <w:spacing w:after="0"/>
            </w:pPr>
            <w:r>
              <w:rPr>
                <w:rFonts w:ascii="Arial" w:eastAsia="Arial" w:hAnsi="Arial"/>
                <w:b/>
                <w:color w:val="43206A"/>
                <w:sz w:val="17"/>
              </w:rPr>
              <w:t>11</w:t>
            </w:r>
          </w:p>
        </w:tc>
        <w:tc>
          <w:tcPr>
            <w:tcW w:w="2119" w:type="dxa"/>
            <w:tcBorders>
              <w:top w:val="single" w:sz="4" w:space="0" w:color="B8B2BF"/>
              <w:left w:val="single" w:sz="4" w:space="0" w:color="B8B2BF"/>
              <w:bottom w:val="single" w:sz="4" w:space="0" w:color="B8B2BF"/>
              <w:right w:val="single" w:sz="4" w:space="0" w:color="B8B2BF"/>
            </w:tcBorders>
            <w:shd w:val="clear" w:color="auto" w:fill="FFFFFF"/>
            <w:tcMar>
              <w:top w:w="45" w:type="dxa"/>
              <w:left w:w="45" w:type="dxa"/>
              <w:bottom w:w="35" w:type="dxa"/>
              <w:right w:w="45" w:type="dxa"/>
            </w:tcMar>
          </w:tcPr>
          <w:p w14:paraId="53E68736" w14:textId="77777777" w:rsidR="007F1966" w:rsidRDefault="00CC1311">
            <w:pPr>
              <w:spacing w:after="0"/>
            </w:pPr>
            <w:r>
              <w:rPr>
                <w:rFonts w:ascii="Arial" w:eastAsia="Arial" w:hAnsi="Arial"/>
                <w:b/>
                <w:color w:val="43206A"/>
                <w:sz w:val="17"/>
              </w:rPr>
              <w:t>12</w:t>
            </w:r>
          </w:p>
          <w:p w14:paraId="4DDE133C" w14:textId="77777777" w:rsidR="007F1966" w:rsidRDefault="00CC1311">
            <w:pPr>
              <w:spacing w:before="40" w:after="0" w:line="216" w:lineRule="auto"/>
            </w:pPr>
            <w:r>
              <w:rPr>
                <w:rFonts w:ascii="Arial" w:eastAsia="Arial" w:hAnsi="Arial"/>
                <w:b/>
                <w:color w:val="333333"/>
                <w:sz w:val="13"/>
              </w:rPr>
              <w:t>COLUMBUS DAY</w:t>
            </w:r>
          </w:p>
        </w:tc>
        <w:tc>
          <w:tcPr>
            <w:tcW w:w="2119" w:type="dxa"/>
            <w:tcBorders>
              <w:top w:val="single" w:sz="4" w:space="0" w:color="B8B2BF"/>
              <w:left w:val="single" w:sz="4" w:space="0" w:color="B8B2BF"/>
              <w:bottom w:val="single" w:sz="4" w:space="0" w:color="B8B2BF"/>
              <w:right w:val="single" w:sz="4" w:space="0" w:color="B8B2BF"/>
            </w:tcBorders>
            <w:shd w:val="clear" w:color="auto" w:fill="EEEAF2"/>
            <w:tcMar>
              <w:top w:w="45" w:type="dxa"/>
              <w:left w:w="45" w:type="dxa"/>
              <w:bottom w:w="35" w:type="dxa"/>
              <w:right w:w="45" w:type="dxa"/>
            </w:tcMar>
          </w:tcPr>
          <w:p w14:paraId="5B94BEDC" w14:textId="77777777" w:rsidR="007F1966" w:rsidRDefault="00CC1311">
            <w:pPr>
              <w:spacing w:after="0"/>
            </w:pPr>
            <w:r>
              <w:rPr>
                <w:rFonts w:ascii="Arial" w:eastAsia="Arial" w:hAnsi="Arial"/>
                <w:b/>
                <w:color w:val="43206A"/>
                <w:sz w:val="17"/>
              </w:rPr>
              <w:t>13</w:t>
            </w:r>
          </w:p>
          <w:p w14:paraId="746AE47F" w14:textId="77777777" w:rsidR="007F1966" w:rsidRDefault="00CC1311">
            <w:pPr>
              <w:spacing w:before="40" w:after="0" w:line="216" w:lineRule="auto"/>
            </w:pPr>
            <w:r>
              <w:rPr>
                <w:rFonts w:ascii="Arial" w:eastAsia="Arial" w:hAnsi="Arial"/>
                <w:color w:val="333333"/>
                <w:sz w:val="13"/>
              </w:rPr>
              <w:t>Richland Township Park,</w:t>
            </w:r>
          </w:p>
          <w:p w14:paraId="43CCCF87" w14:textId="77777777" w:rsidR="007F1966" w:rsidRDefault="00CC1311">
            <w:pPr>
              <w:spacing w:before="40" w:after="0" w:line="216" w:lineRule="auto"/>
            </w:pPr>
            <w:r>
              <w:rPr>
                <w:rFonts w:ascii="Arial" w:eastAsia="Arial" w:hAnsi="Arial"/>
                <w:color w:val="333333"/>
                <w:sz w:val="13"/>
              </w:rPr>
              <w:t>Belle Center | 10:30-11:30am (D)</w:t>
            </w:r>
          </w:p>
        </w:tc>
        <w:tc>
          <w:tcPr>
            <w:tcW w:w="2119" w:type="dxa"/>
            <w:tcBorders>
              <w:top w:val="single" w:sz="4" w:space="0" w:color="B8B2BF"/>
              <w:left w:val="single" w:sz="4" w:space="0" w:color="B8B2BF"/>
              <w:bottom w:val="single" w:sz="4" w:space="0" w:color="B8B2BF"/>
              <w:right w:val="single" w:sz="4" w:space="0" w:color="B8B2BF"/>
            </w:tcBorders>
            <w:shd w:val="clear" w:color="auto" w:fill="EEEAF2"/>
            <w:tcMar>
              <w:top w:w="45" w:type="dxa"/>
              <w:left w:w="45" w:type="dxa"/>
              <w:bottom w:w="35" w:type="dxa"/>
              <w:right w:w="45" w:type="dxa"/>
            </w:tcMar>
          </w:tcPr>
          <w:p w14:paraId="23423D65" w14:textId="77777777" w:rsidR="007F1966" w:rsidRDefault="00CC1311">
            <w:pPr>
              <w:spacing w:after="0"/>
            </w:pPr>
            <w:r>
              <w:rPr>
                <w:rFonts w:ascii="Arial" w:eastAsia="Arial" w:hAnsi="Arial"/>
                <w:b/>
                <w:color w:val="43206A"/>
                <w:sz w:val="17"/>
              </w:rPr>
              <w:t>14</w:t>
            </w:r>
          </w:p>
          <w:p w14:paraId="3F3A0CE1" w14:textId="77777777" w:rsidR="007F1966" w:rsidRDefault="00CC1311">
            <w:pPr>
              <w:spacing w:before="40" w:after="0" w:line="216" w:lineRule="auto"/>
            </w:pPr>
            <w:r>
              <w:rPr>
                <w:rFonts w:ascii="Arial" w:eastAsia="Arial" w:hAnsi="Arial"/>
                <w:color w:val="333333"/>
                <w:sz w:val="13"/>
              </w:rPr>
              <w:t>Triad High School</w:t>
            </w:r>
          </w:p>
          <w:p w14:paraId="310CEEA1" w14:textId="77777777" w:rsidR="007F1966" w:rsidRDefault="00CC1311">
            <w:pPr>
              <w:spacing w:before="40" w:after="0" w:line="216" w:lineRule="auto"/>
            </w:pPr>
            <w:r>
              <w:rPr>
                <w:rFonts w:ascii="Arial" w:eastAsia="Arial" w:hAnsi="Arial"/>
                <w:color w:val="333333"/>
                <w:sz w:val="13"/>
              </w:rPr>
              <w:t>4-5pm (D)</w:t>
            </w:r>
          </w:p>
        </w:tc>
        <w:tc>
          <w:tcPr>
            <w:tcW w:w="2119" w:type="dxa"/>
            <w:tcBorders>
              <w:top w:val="single" w:sz="4" w:space="0" w:color="B8B2BF"/>
              <w:left w:val="single" w:sz="4" w:space="0" w:color="B8B2BF"/>
              <w:bottom w:val="single" w:sz="4" w:space="0" w:color="B8B2BF"/>
              <w:right w:val="single" w:sz="4" w:space="0" w:color="B8B2BF"/>
            </w:tcBorders>
            <w:shd w:val="clear" w:color="auto" w:fill="EEEAF2"/>
            <w:tcMar>
              <w:top w:w="45" w:type="dxa"/>
              <w:left w:w="45" w:type="dxa"/>
              <w:bottom w:w="35" w:type="dxa"/>
              <w:right w:w="45" w:type="dxa"/>
            </w:tcMar>
          </w:tcPr>
          <w:p w14:paraId="582B56A0" w14:textId="77777777" w:rsidR="007F1966" w:rsidRDefault="00CC1311">
            <w:pPr>
              <w:spacing w:after="0"/>
            </w:pPr>
            <w:r>
              <w:rPr>
                <w:rFonts w:ascii="Arial" w:eastAsia="Arial" w:hAnsi="Arial"/>
                <w:b/>
                <w:color w:val="43206A"/>
                <w:sz w:val="17"/>
              </w:rPr>
              <w:t>15</w:t>
            </w:r>
          </w:p>
          <w:p w14:paraId="11A7248D" w14:textId="77777777" w:rsidR="007F1966" w:rsidRDefault="00CC1311">
            <w:pPr>
              <w:spacing w:before="40" w:after="0" w:line="216" w:lineRule="auto"/>
            </w:pPr>
            <w:r>
              <w:rPr>
                <w:rFonts w:ascii="Arial" w:eastAsia="Arial" w:hAnsi="Arial"/>
                <w:color w:val="333333"/>
                <w:sz w:val="13"/>
              </w:rPr>
              <w:t>Church of Christ,</w:t>
            </w:r>
          </w:p>
          <w:p w14:paraId="5431E254" w14:textId="77777777" w:rsidR="007F1966" w:rsidRDefault="00CC1311">
            <w:pPr>
              <w:spacing w:before="40" w:after="0" w:line="216" w:lineRule="auto"/>
            </w:pPr>
            <w:r>
              <w:rPr>
                <w:rFonts w:ascii="Arial" w:eastAsia="Arial" w:hAnsi="Arial"/>
                <w:color w:val="333333"/>
                <w:sz w:val="13"/>
              </w:rPr>
              <w:t>Rushsylvania | 11am-12pm (D)</w:t>
            </w:r>
          </w:p>
        </w:tc>
        <w:tc>
          <w:tcPr>
            <w:tcW w:w="2119" w:type="dxa"/>
            <w:tcBorders>
              <w:top w:val="single" w:sz="4" w:space="0" w:color="B8B2BF"/>
              <w:left w:val="single" w:sz="4" w:space="0" w:color="B8B2BF"/>
              <w:bottom w:val="single" w:sz="4" w:space="0" w:color="B8B2BF"/>
              <w:right w:val="single" w:sz="4" w:space="0" w:color="B8B2BF"/>
            </w:tcBorders>
            <w:shd w:val="clear" w:color="auto" w:fill="E5DFEC" w:themeFill="accent4" w:themeFillTint="33"/>
            <w:tcMar>
              <w:top w:w="45" w:type="dxa"/>
              <w:left w:w="45" w:type="dxa"/>
              <w:bottom w:w="35" w:type="dxa"/>
              <w:right w:w="45" w:type="dxa"/>
            </w:tcMar>
          </w:tcPr>
          <w:p w14:paraId="2D4AAFFE" w14:textId="77777777" w:rsidR="007F1966" w:rsidRDefault="00CC1311">
            <w:pPr>
              <w:spacing w:after="0"/>
              <w:rPr>
                <w:rFonts w:ascii="Arial" w:eastAsia="Arial" w:hAnsi="Arial"/>
                <w:b/>
                <w:color w:val="43206A"/>
                <w:sz w:val="17"/>
              </w:rPr>
            </w:pPr>
            <w:r>
              <w:rPr>
                <w:rFonts w:ascii="Arial" w:eastAsia="Arial" w:hAnsi="Arial"/>
                <w:b/>
                <w:color w:val="43206A"/>
                <w:sz w:val="17"/>
              </w:rPr>
              <w:t>16</w:t>
            </w:r>
          </w:p>
          <w:p w14:paraId="4817D713" w14:textId="77777777" w:rsidR="004C1CC4" w:rsidRPr="004C1CC4" w:rsidRDefault="004C1CC4">
            <w:pPr>
              <w:spacing w:after="0"/>
              <w:rPr>
                <w:rFonts w:ascii="Arial" w:eastAsia="Arial" w:hAnsi="Arial"/>
                <w:bCs/>
                <w:sz w:val="13"/>
                <w:szCs w:val="13"/>
              </w:rPr>
            </w:pPr>
            <w:r w:rsidRPr="004C1CC4">
              <w:rPr>
                <w:rFonts w:ascii="Arial" w:eastAsia="Arial" w:hAnsi="Arial"/>
                <w:bCs/>
                <w:sz w:val="13"/>
                <w:szCs w:val="13"/>
              </w:rPr>
              <w:t xml:space="preserve">Champaign County Fairgrounds </w:t>
            </w:r>
          </w:p>
          <w:p w14:paraId="18C497B2" w14:textId="3FA52DF9" w:rsidR="004C1CC4" w:rsidRDefault="004C1CC4">
            <w:pPr>
              <w:spacing w:after="0"/>
            </w:pPr>
            <w:r w:rsidRPr="004C1CC4">
              <w:rPr>
                <w:rFonts w:ascii="Arial" w:eastAsia="Arial" w:hAnsi="Arial"/>
                <w:bCs/>
                <w:sz w:val="13"/>
                <w:szCs w:val="13"/>
              </w:rPr>
              <w:t>10-11 (D)</w:t>
            </w:r>
          </w:p>
        </w:tc>
        <w:tc>
          <w:tcPr>
            <w:tcW w:w="2119" w:type="dxa"/>
            <w:tcBorders>
              <w:top w:val="single" w:sz="4" w:space="0" w:color="B8B2BF"/>
              <w:left w:val="single" w:sz="4" w:space="0" w:color="B8B2BF"/>
              <w:bottom w:val="single" w:sz="4" w:space="0" w:color="B8B2BF"/>
              <w:right w:val="single" w:sz="4" w:space="0" w:color="B8B2BF"/>
            </w:tcBorders>
            <w:shd w:val="clear" w:color="auto" w:fill="FFFFFF"/>
            <w:tcMar>
              <w:top w:w="45" w:type="dxa"/>
              <w:left w:w="45" w:type="dxa"/>
              <w:bottom w:w="35" w:type="dxa"/>
              <w:right w:w="45" w:type="dxa"/>
            </w:tcMar>
          </w:tcPr>
          <w:p w14:paraId="48FC3FB6" w14:textId="77777777" w:rsidR="007F1966" w:rsidRDefault="00CC1311">
            <w:pPr>
              <w:spacing w:after="0"/>
            </w:pPr>
            <w:r>
              <w:rPr>
                <w:rFonts w:ascii="Arial" w:eastAsia="Arial" w:hAnsi="Arial"/>
                <w:b/>
                <w:color w:val="43206A"/>
                <w:sz w:val="17"/>
              </w:rPr>
              <w:t>17</w:t>
            </w:r>
          </w:p>
        </w:tc>
      </w:tr>
      <w:tr w:rsidR="00A408FF" w14:paraId="2239E572" w14:textId="77777777" w:rsidTr="00151788">
        <w:trPr>
          <w:trHeight w:hRule="exact" w:val="1051"/>
          <w:jc w:val="center"/>
        </w:trPr>
        <w:tc>
          <w:tcPr>
            <w:tcW w:w="2119" w:type="dxa"/>
            <w:tcBorders>
              <w:top w:val="single" w:sz="4" w:space="0" w:color="B8B2BF"/>
              <w:left w:val="single" w:sz="4" w:space="0" w:color="B8B2BF"/>
              <w:bottom w:val="single" w:sz="4" w:space="0" w:color="B8B2BF"/>
              <w:right w:val="single" w:sz="4" w:space="0" w:color="B8B2BF"/>
            </w:tcBorders>
            <w:shd w:val="clear" w:color="auto" w:fill="FFFFFF"/>
            <w:tcMar>
              <w:top w:w="45" w:type="dxa"/>
              <w:left w:w="45" w:type="dxa"/>
              <w:bottom w:w="35" w:type="dxa"/>
              <w:right w:w="45" w:type="dxa"/>
            </w:tcMar>
          </w:tcPr>
          <w:p w14:paraId="762BCB78" w14:textId="77777777" w:rsidR="007F1966" w:rsidRDefault="00CC1311">
            <w:pPr>
              <w:spacing w:after="0"/>
            </w:pPr>
            <w:r>
              <w:rPr>
                <w:rFonts w:ascii="Arial" w:eastAsia="Arial" w:hAnsi="Arial"/>
                <w:b/>
                <w:color w:val="43206A"/>
                <w:sz w:val="17"/>
              </w:rPr>
              <w:t>18</w:t>
            </w:r>
          </w:p>
        </w:tc>
        <w:tc>
          <w:tcPr>
            <w:tcW w:w="2119" w:type="dxa"/>
            <w:tcBorders>
              <w:top w:val="single" w:sz="4" w:space="0" w:color="B8B2BF"/>
              <w:left w:val="single" w:sz="4" w:space="0" w:color="B8B2BF"/>
              <w:bottom w:val="single" w:sz="4" w:space="0" w:color="B8B2BF"/>
              <w:right w:val="single" w:sz="4" w:space="0" w:color="B8B2BF"/>
            </w:tcBorders>
            <w:shd w:val="clear" w:color="auto" w:fill="EEEAF2"/>
            <w:tcMar>
              <w:top w:w="45" w:type="dxa"/>
              <w:left w:w="45" w:type="dxa"/>
              <w:bottom w:w="35" w:type="dxa"/>
              <w:right w:w="45" w:type="dxa"/>
            </w:tcMar>
          </w:tcPr>
          <w:p w14:paraId="09299FAD" w14:textId="77777777" w:rsidR="007F1966" w:rsidRDefault="00CC1311">
            <w:pPr>
              <w:spacing w:after="0"/>
            </w:pPr>
            <w:r>
              <w:rPr>
                <w:rFonts w:ascii="Arial" w:eastAsia="Arial" w:hAnsi="Arial"/>
                <w:b/>
                <w:color w:val="43206A"/>
                <w:sz w:val="17"/>
              </w:rPr>
              <w:t>19</w:t>
            </w:r>
          </w:p>
          <w:p w14:paraId="1CDF64AD" w14:textId="77777777" w:rsidR="007F1966" w:rsidRDefault="00CC1311">
            <w:pPr>
              <w:spacing w:before="40" w:after="0" w:line="216" w:lineRule="auto"/>
            </w:pPr>
            <w:r>
              <w:rPr>
                <w:rFonts w:ascii="Arial" w:eastAsia="Arial" w:hAnsi="Arial"/>
                <w:color w:val="333333"/>
                <w:sz w:val="13"/>
              </w:rPr>
              <w:t>St. Paris Firehouse</w:t>
            </w:r>
          </w:p>
          <w:p w14:paraId="4125F67F" w14:textId="77777777" w:rsidR="007F1966" w:rsidRDefault="00CC1311">
            <w:pPr>
              <w:spacing w:before="40" w:after="0" w:line="216" w:lineRule="auto"/>
            </w:pPr>
            <w:r>
              <w:rPr>
                <w:rFonts w:ascii="Arial" w:eastAsia="Arial" w:hAnsi="Arial"/>
                <w:color w:val="333333"/>
                <w:sz w:val="13"/>
              </w:rPr>
              <w:t>1-2pm (D)</w:t>
            </w:r>
          </w:p>
        </w:tc>
        <w:tc>
          <w:tcPr>
            <w:tcW w:w="2119" w:type="dxa"/>
            <w:tcBorders>
              <w:top w:val="single" w:sz="4" w:space="0" w:color="B8B2BF"/>
              <w:left w:val="single" w:sz="4" w:space="0" w:color="B8B2BF"/>
              <w:bottom w:val="single" w:sz="4" w:space="0" w:color="B8B2BF"/>
              <w:right w:val="single" w:sz="4" w:space="0" w:color="B8B2BF"/>
            </w:tcBorders>
            <w:shd w:val="clear" w:color="auto" w:fill="EEEAF2"/>
            <w:tcMar>
              <w:top w:w="45" w:type="dxa"/>
              <w:left w:w="45" w:type="dxa"/>
              <w:bottom w:w="35" w:type="dxa"/>
              <w:right w:w="45" w:type="dxa"/>
            </w:tcMar>
          </w:tcPr>
          <w:p w14:paraId="686E4212" w14:textId="77777777" w:rsidR="007F1966" w:rsidRDefault="00CC1311">
            <w:pPr>
              <w:spacing w:after="0"/>
            </w:pPr>
            <w:r>
              <w:rPr>
                <w:rFonts w:ascii="Arial" w:eastAsia="Arial" w:hAnsi="Arial"/>
                <w:b/>
                <w:color w:val="43206A"/>
                <w:sz w:val="17"/>
              </w:rPr>
              <w:t>20</w:t>
            </w:r>
          </w:p>
          <w:p w14:paraId="68E9A7DE" w14:textId="77777777" w:rsidR="007F1966" w:rsidRDefault="00CC1311">
            <w:pPr>
              <w:spacing w:before="40" w:after="0" w:line="216" w:lineRule="auto"/>
            </w:pPr>
            <w:r>
              <w:rPr>
                <w:rFonts w:ascii="Arial" w:eastAsia="Arial" w:hAnsi="Arial"/>
                <w:color w:val="333333"/>
                <w:sz w:val="13"/>
              </w:rPr>
              <w:t>Woodstock Free Will Baptist Church</w:t>
            </w:r>
          </w:p>
          <w:p w14:paraId="66D9EF19" w14:textId="77777777" w:rsidR="007F1966" w:rsidRDefault="00CC1311">
            <w:pPr>
              <w:spacing w:before="40" w:after="0" w:line="216" w:lineRule="auto"/>
            </w:pPr>
            <w:r>
              <w:rPr>
                <w:rFonts w:ascii="Arial" w:eastAsia="Arial" w:hAnsi="Arial"/>
                <w:color w:val="333333"/>
                <w:sz w:val="13"/>
              </w:rPr>
              <w:t>4-5pm (D)</w:t>
            </w:r>
          </w:p>
        </w:tc>
        <w:tc>
          <w:tcPr>
            <w:tcW w:w="2119" w:type="dxa"/>
            <w:tcBorders>
              <w:top w:val="single" w:sz="4" w:space="0" w:color="B8B2BF"/>
              <w:left w:val="single" w:sz="4" w:space="0" w:color="B8B2BF"/>
              <w:bottom w:val="single" w:sz="4" w:space="0" w:color="B8B2BF"/>
              <w:right w:val="single" w:sz="4" w:space="0" w:color="B8B2BF"/>
            </w:tcBorders>
            <w:shd w:val="clear" w:color="auto" w:fill="EEEAF2"/>
            <w:tcMar>
              <w:top w:w="45" w:type="dxa"/>
              <w:left w:w="45" w:type="dxa"/>
              <w:bottom w:w="35" w:type="dxa"/>
              <w:right w:w="45" w:type="dxa"/>
            </w:tcMar>
          </w:tcPr>
          <w:p w14:paraId="51B69129" w14:textId="77777777" w:rsidR="007F1966" w:rsidRDefault="00CC1311">
            <w:pPr>
              <w:spacing w:after="0"/>
            </w:pPr>
            <w:r>
              <w:rPr>
                <w:rFonts w:ascii="Arial" w:eastAsia="Arial" w:hAnsi="Arial"/>
                <w:b/>
                <w:color w:val="43206A"/>
                <w:sz w:val="17"/>
              </w:rPr>
              <w:t>21</w:t>
            </w:r>
          </w:p>
          <w:p w14:paraId="63EBAE21" w14:textId="77777777" w:rsidR="007F1966" w:rsidRDefault="00CC1311">
            <w:pPr>
              <w:spacing w:before="40" w:after="0" w:line="216" w:lineRule="auto"/>
            </w:pPr>
            <w:r>
              <w:rPr>
                <w:rFonts w:ascii="Arial" w:eastAsia="Arial" w:hAnsi="Arial"/>
                <w:color w:val="333333"/>
                <w:sz w:val="13"/>
              </w:rPr>
              <w:t>Lion's Club Ball Park,</w:t>
            </w:r>
          </w:p>
          <w:p w14:paraId="638418D4" w14:textId="77777777" w:rsidR="007F1966" w:rsidRDefault="00CC1311">
            <w:pPr>
              <w:spacing w:before="40" w:after="0" w:line="216" w:lineRule="auto"/>
            </w:pPr>
            <w:r>
              <w:rPr>
                <w:rFonts w:ascii="Arial" w:eastAsia="Arial" w:hAnsi="Arial"/>
                <w:color w:val="333333"/>
                <w:sz w:val="13"/>
              </w:rPr>
              <w:t>West Liberty | 12-1pm (D)</w:t>
            </w:r>
          </w:p>
        </w:tc>
        <w:tc>
          <w:tcPr>
            <w:tcW w:w="2119" w:type="dxa"/>
            <w:tcBorders>
              <w:top w:val="single" w:sz="4" w:space="0" w:color="B8B2BF"/>
              <w:left w:val="single" w:sz="4" w:space="0" w:color="B8B2BF"/>
              <w:bottom w:val="single" w:sz="4" w:space="0" w:color="B8B2BF"/>
              <w:right w:val="single" w:sz="4" w:space="0" w:color="B8B2BF"/>
            </w:tcBorders>
            <w:tcMar>
              <w:top w:w="45" w:type="dxa"/>
              <w:left w:w="45" w:type="dxa"/>
              <w:bottom w:w="35" w:type="dxa"/>
              <w:right w:w="45" w:type="dxa"/>
            </w:tcMar>
          </w:tcPr>
          <w:p w14:paraId="5DB96BFC" w14:textId="77777777" w:rsidR="007F1966" w:rsidRDefault="00CC1311">
            <w:pPr>
              <w:spacing w:after="0"/>
            </w:pPr>
            <w:r>
              <w:rPr>
                <w:rFonts w:ascii="Arial" w:eastAsia="Arial" w:hAnsi="Arial"/>
                <w:b/>
                <w:color w:val="43206A"/>
                <w:sz w:val="17"/>
              </w:rPr>
              <w:t>22</w:t>
            </w:r>
          </w:p>
          <w:p w14:paraId="4F6F12FD" w14:textId="29221B61" w:rsidR="007F1966" w:rsidRDefault="007F1966">
            <w:pPr>
              <w:spacing w:before="40" w:after="0" w:line="216" w:lineRule="auto"/>
            </w:pPr>
          </w:p>
        </w:tc>
        <w:tc>
          <w:tcPr>
            <w:tcW w:w="2119" w:type="dxa"/>
            <w:tcBorders>
              <w:top w:val="single" w:sz="4" w:space="0" w:color="B8B2BF"/>
              <w:left w:val="single" w:sz="4" w:space="0" w:color="B8B2BF"/>
              <w:bottom w:val="single" w:sz="4" w:space="0" w:color="B8B2BF"/>
              <w:right w:val="single" w:sz="4" w:space="0" w:color="B8B2BF"/>
            </w:tcBorders>
            <w:shd w:val="clear" w:color="auto" w:fill="FFFFFF"/>
            <w:tcMar>
              <w:top w:w="45" w:type="dxa"/>
              <w:left w:w="45" w:type="dxa"/>
              <w:bottom w:w="35" w:type="dxa"/>
              <w:right w:w="45" w:type="dxa"/>
            </w:tcMar>
          </w:tcPr>
          <w:p w14:paraId="73385F0E" w14:textId="77777777" w:rsidR="007F1966" w:rsidRDefault="00CC1311">
            <w:pPr>
              <w:spacing w:after="0"/>
            </w:pPr>
            <w:r>
              <w:rPr>
                <w:rFonts w:ascii="Arial" w:eastAsia="Arial" w:hAnsi="Arial"/>
                <w:b/>
                <w:color w:val="43206A"/>
                <w:sz w:val="17"/>
              </w:rPr>
              <w:t>23</w:t>
            </w:r>
          </w:p>
        </w:tc>
        <w:tc>
          <w:tcPr>
            <w:tcW w:w="2119" w:type="dxa"/>
            <w:tcBorders>
              <w:top w:val="single" w:sz="4" w:space="0" w:color="B8B2BF"/>
              <w:left w:val="single" w:sz="4" w:space="0" w:color="B8B2BF"/>
              <w:bottom w:val="single" w:sz="4" w:space="0" w:color="B8B2BF"/>
              <w:right w:val="single" w:sz="4" w:space="0" w:color="B8B2BF"/>
            </w:tcBorders>
            <w:shd w:val="clear" w:color="auto" w:fill="FFFFFF"/>
            <w:tcMar>
              <w:top w:w="45" w:type="dxa"/>
              <w:left w:w="45" w:type="dxa"/>
              <w:bottom w:w="35" w:type="dxa"/>
              <w:right w:w="45" w:type="dxa"/>
            </w:tcMar>
          </w:tcPr>
          <w:p w14:paraId="54A3928C" w14:textId="77777777" w:rsidR="007F1966" w:rsidRDefault="00CC1311">
            <w:pPr>
              <w:spacing w:after="0"/>
            </w:pPr>
            <w:r>
              <w:rPr>
                <w:rFonts w:ascii="Arial" w:eastAsia="Arial" w:hAnsi="Arial"/>
                <w:b/>
                <w:color w:val="43206A"/>
                <w:sz w:val="17"/>
              </w:rPr>
              <w:t>24</w:t>
            </w:r>
          </w:p>
        </w:tc>
      </w:tr>
      <w:tr w:rsidR="00A408FF" w14:paraId="36C2F255" w14:textId="77777777" w:rsidTr="00151788">
        <w:trPr>
          <w:trHeight w:hRule="exact" w:val="1051"/>
          <w:jc w:val="center"/>
        </w:trPr>
        <w:tc>
          <w:tcPr>
            <w:tcW w:w="2119" w:type="dxa"/>
            <w:tcBorders>
              <w:top w:val="single" w:sz="4" w:space="0" w:color="B8B2BF"/>
              <w:left w:val="single" w:sz="4" w:space="0" w:color="B8B2BF"/>
              <w:bottom w:val="single" w:sz="4" w:space="0" w:color="B8B2BF"/>
              <w:right w:val="single" w:sz="4" w:space="0" w:color="B8B2BF"/>
            </w:tcBorders>
            <w:shd w:val="clear" w:color="auto" w:fill="FFFFFF"/>
            <w:tcMar>
              <w:top w:w="45" w:type="dxa"/>
              <w:left w:w="45" w:type="dxa"/>
              <w:bottom w:w="35" w:type="dxa"/>
              <w:right w:w="45" w:type="dxa"/>
            </w:tcMar>
          </w:tcPr>
          <w:p w14:paraId="2223FF10" w14:textId="77777777" w:rsidR="007F1966" w:rsidRDefault="00CC1311">
            <w:pPr>
              <w:spacing w:after="0"/>
            </w:pPr>
            <w:r>
              <w:rPr>
                <w:rFonts w:ascii="Arial" w:eastAsia="Arial" w:hAnsi="Arial"/>
                <w:b/>
                <w:color w:val="43206A"/>
                <w:sz w:val="17"/>
              </w:rPr>
              <w:t>25</w:t>
            </w:r>
          </w:p>
        </w:tc>
        <w:tc>
          <w:tcPr>
            <w:tcW w:w="2119" w:type="dxa"/>
            <w:tcBorders>
              <w:top w:val="single" w:sz="4" w:space="0" w:color="B8B2BF"/>
              <w:left w:val="single" w:sz="4" w:space="0" w:color="B8B2BF"/>
              <w:bottom w:val="single" w:sz="4" w:space="0" w:color="B8B2BF"/>
              <w:right w:val="single" w:sz="4" w:space="0" w:color="B8B2BF"/>
            </w:tcBorders>
            <w:shd w:val="clear" w:color="auto" w:fill="E5DFEC" w:themeFill="accent4" w:themeFillTint="33"/>
            <w:tcMar>
              <w:top w:w="45" w:type="dxa"/>
              <w:left w:w="45" w:type="dxa"/>
              <w:bottom w:w="35" w:type="dxa"/>
              <w:right w:w="45" w:type="dxa"/>
            </w:tcMar>
          </w:tcPr>
          <w:p w14:paraId="59FCC893" w14:textId="77777777" w:rsidR="007F1966" w:rsidRDefault="00CC1311">
            <w:pPr>
              <w:spacing w:after="0"/>
            </w:pPr>
            <w:r>
              <w:rPr>
                <w:rFonts w:ascii="Arial" w:eastAsia="Arial" w:hAnsi="Arial"/>
                <w:b/>
                <w:color w:val="43206A"/>
                <w:sz w:val="17"/>
              </w:rPr>
              <w:t>26</w:t>
            </w:r>
          </w:p>
          <w:p w14:paraId="51A79F58" w14:textId="77777777" w:rsidR="007F1966" w:rsidRDefault="00CC1311">
            <w:pPr>
              <w:spacing w:before="40" w:after="0" w:line="216" w:lineRule="auto"/>
            </w:pPr>
            <w:r>
              <w:rPr>
                <w:rFonts w:ascii="Arial" w:eastAsia="Arial" w:hAnsi="Arial"/>
                <w:color w:val="333333"/>
                <w:sz w:val="13"/>
              </w:rPr>
              <w:t>Logan Co Fairgrounds</w:t>
            </w:r>
          </w:p>
          <w:p w14:paraId="2698DB0C" w14:textId="278FBC5E" w:rsidR="007F1966" w:rsidRDefault="000D7A04">
            <w:pPr>
              <w:spacing w:before="40" w:after="0" w:line="216" w:lineRule="auto"/>
            </w:pPr>
            <w:r>
              <w:rPr>
                <w:rFonts w:ascii="Arial" w:eastAsia="Arial" w:hAnsi="Arial"/>
                <w:color w:val="333333"/>
                <w:sz w:val="13"/>
              </w:rPr>
              <w:t>1</w:t>
            </w:r>
            <w:r w:rsidR="00CC1311">
              <w:rPr>
                <w:rFonts w:ascii="Arial" w:eastAsia="Arial" w:hAnsi="Arial"/>
                <w:color w:val="333333"/>
                <w:sz w:val="13"/>
              </w:rPr>
              <w:t>1pm-</w:t>
            </w:r>
            <w:r>
              <w:rPr>
                <w:rFonts w:ascii="Arial" w:eastAsia="Arial" w:hAnsi="Arial"/>
                <w:color w:val="333333"/>
                <w:sz w:val="13"/>
              </w:rPr>
              <w:t>1</w:t>
            </w:r>
            <w:r w:rsidR="00CC1311">
              <w:rPr>
                <w:rFonts w:ascii="Arial" w:eastAsia="Arial" w:hAnsi="Arial"/>
                <w:color w:val="333333"/>
                <w:sz w:val="13"/>
              </w:rPr>
              <w:t>2pm (D)</w:t>
            </w:r>
          </w:p>
        </w:tc>
        <w:tc>
          <w:tcPr>
            <w:tcW w:w="2119" w:type="dxa"/>
            <w:tcBorders>
              <w:top w:val="single" w:sz="4" w:space="0" w:color="B8B2BF"/>
              <w:left w:val="single" w:sz="4" w:space="0" w:color="B8B2BF"/>
              <w:bottom w:val="single" w:sz="4" w:space="0" w:color="B8B2BF"/>
              <w:right w:val="single" w:sz="4" w:space="0" w:color="B8B2BF"/>
            </w:tcBorders>
            <w:shd w:val="clear" w:color="auto" w:fill="E5DFEC" w:themeFill="accent4" w:themeFillTint="33"/>
            <w:tcMar>
              <w:top w:w="45" w:type="dxa"/>
              <w:left w:w="45" w:type="dxa"/>
              <w:bottom w:w="35" w:type="dxa"/>
              <w:right w:w="45" w:type="dxa"/>
            </w:tcMar>
          </w:tcPr>
          <w:p w14:paraId="4C8A80A0" w14:textId="77777777" w:rsidR="007F1966" w:rsidRDefault="00CC1311">
            <w:pPr>
              <w:spacing w:after="0"/>
              <w:rPr>
                <w:rFonts w:ascii="Arial" w:eastAsia="Arial" w:hAnsi="Arial"/>
                <w:b/>
                <w:color w:val="43206A"/>
                <w:sz w:val="17"/>
              </w:rPr>
            </w:pPr>
            <w:r>
              <w:rPr>
                <w:rFonts w:ascii="Arial" w:eastAsia="Arial" w:hAnsi="Arial"/>
                <w:b/>
                <w:color w:val="43206A"/>
                <w:sz w:val="17"/>
              </w:rPr>
              <w:t>27</w:t>
            </w:r>
          </w:p>
          <w:p w14:paraId="51181A4C" w14:textId="247F1243" w:rsidR="004C1CC4" w:rsidRPr="004C1CC4" w:rsidRDefault="004C1CC4">
            <w:pPr>
              <w:spacing w:after="0"/>
              <w:rPr>
                <w:bCs/>
                <w:sz w:val="13"/>
                <w:szCs w:val="13"/>
              </w:rPr>
            </w:pPr>
            <w:r w:rsidRPr="004C1CC4">
              <w:rPr>
                <w:rFonts w:ascii="Arial" w:eastAsia="Arial" w:hAnsi="Arial"/>
                <w:bCs/>
                <w:sz w:val="13"/>
                <w:szCs w:val="13"/>
              </w:rPr>
              <w:t>St. Vincent De Paul, Russell’s Point 11-12pm (D)</w:t>
            </w:r>
          </w:p>
        </w:tc>
        <w:tc>
          <w:tcPr>
            <w:tcW w:w="2119" w:type="dxa"/>
            <w:tcBorders>
              <w:top w:val="single" w:sz="4" w:space="0" w:color="B8B2BF"/>
              <w:left w:val="single" w:sz="4" w:space="0" w:color="B8B2BF"/>
              <w:bottom w:val="single" w:sz="4" w:space="0" w:color="B8B2BF"/>
              <w:right w:val="single" w:sz="4" w:space="0" w:color="B8B2BF"/>
            </w:tcBorders>
            <w:tcMar>
              <w:top w:w="45" w:type="dxa"/>
              <w:left w:w="45" w:type="dxa"/>
              <w:bottom w:w="35" w:type="dxa"/>
              <w:right w:w="45" w:type="dxa"/>
            </w:tcMar>
          </w:tcPr>
          <w:p w14:paraId="24B5C5A1" w14:textId="77777777" w:rsidR="007F1966" w:rsidRDefault="00CC1311">
            <w:pPr>
              <w:spacing w:after="0"/>
            </w:pPr>
            <w:r>
              <w:rPr>
                <w:rFonts w:ascii="Arial" w:eastAsia="Arial" w:hAnsi="Arial"/>
                <w:b/>
                <w:color w:val="43206A"/>
                <w:sz w:val="17"/>
              </w:rPr>
              <w:t>28</w:t>
            </w:r>
          </w:p>
          <w:p w14:paraId="723AA4CD" w14:textId="23A053E9" w:rsidR="007F1966" w:rsidRDefault="007F1966">
            <w:pPr>
              <w:spacing w:before="40" w:after="0" w:line="216" w:lineRule="auto"/>
            </w:pPr>
          </w:p>
        </w:tc>
        <w:tc>
          <w:tcPr>
            <w:tcW w:w="2119" w:type="dxa"/>
            <w:tcBorders>
              <w:top w:val="single" w:sz="4" w:space="0" w:color="B8B2BF"/>
              <w:left w:val="single" w:sz="4" w:space="0" w:color="B8B2BF"/>
              <w:bottom w:val="single" w:sz="4" w:space="0" w:color="B8B2BF"/>
              <w:right w:val="single" w:sz="4" w:space="0" w:color="B8B2BF"/>
            </w:tcBorders>
            <w:shd w:val="clear" w:color="auto" w:fill="E5DFEC" w:themeFill="accent4" w:themeFillTint="33"/>
            <w:tcMar>
              <w:top w:w="45" w:type="dxa"/>
              <w:left w:w="45" w:type="dxa"/>
              <w:bottom w:w="35" w:type="dxa"/>
              <w:right w:w="45" w:type="dxa"/>
            </w:tcMar>
          </w:tcPr>
          <w:p w14:paraId="4ED13CF0" w14:textId="77777777" w:rsidR="007F1966" w:rsidRDefault="00CC1311">
            <w:pPr>
              <w:spacing w:after="0"/>
            </w:pPr>
            <w:r>
              <w:rPr>
                <w:rFonts w:ascii="Arial" w:eastAsia="Arial" w:hAnsi="Arial"/>
                <w:b/>
                <w:color w:val="43206A"/>
                <w:sz w:val="17"/>
              </w:rPr>
              <w:t>29</w:t>
            </w:r>
          </w:p>
          <w:p w14:paraId="1C812544" w14:textId="77777777" w:rsidR="00151788" w:rsidRDefault="00151788" w:rsidP="00151788">
            <w:pPr>
              <w:spacing w:before="40" w:after="0" w:line="216" w:lineRule="auto"/>
            </w:pPr>
            <w:r>
              <w:rPr>
                <w:rFonts w:ascii="Arial" w:eastAsia="Arial" w:hAnsi="Arial"/>
                <w:color w:val="333333"/>
                <w:sz w:val="13"/>
              </w:rPr>
              <w:t>St. Michael's Church,</w:t>
            </w:r>
          </w:p>
          <w:p w14:paraId="5E187C89" w14:textId="217F710E" w:rsidR="007F1966" w:rsidRDefault="00151788" w:rsidP="00151788">
            <w:pPr>
              <w:spacing w:before="40" w:after="0" w:line="216" w:lineRule="auto"/>
            </w:pPr>
            <w:r>
              <w:rPr>
                <w:rFonts w:ascii="Arial" w:eastAsia="Arial" w:hAnsi="Arial"/>
                <w:color w:val="333333"/>
                <w:sz w:val="13"/>
              </w:rPr>
              <w:t>Mechanicsburg | 4-5pm (D)</w:t>
            </w:r>
          </w:p>
        </w:tc>
        <w:tc>
          <w:tcPr>
            <w:tcW w:w="2119" w:type="dxa"/>
            <w:tcBorders>
              <w:top w:val="single" w:sz="4" w:space="0" w:color="B8B2BF"/>
              <w:left w:val="single" w:sz="4" w:space="0" w:color="B8B2BF"/>
              <w:bottom w:val="single" w:sz="4" w:space="0" w:color="B8B2BF"/>
              <w:right w:val="single" w:sz="4" w:space="0" w:color="B8B2BF"/>
            </w:tcBorders>
            <w:shd w:val="clear" w:color="auto" w:fill="FFFFFF"/>
            <w:tcMar>
              <w:top w:w="45" w:type="dxa"/>
              <w:left w:w="45" w:type="dxa"/>
              <w:bottom w:w="35" w:type="dxa"/>
              <w:right w:w="45" w:type="dxa"/>
            </w:tcMar>
          </w:tcPr>
          <w:p w14:paraId="6C6E8249" w14:textId="77777777" w:rsidR="007F1966" w:rsidRDefault="00CC1311">
            <w:pPr>
              <w:spacing w:after="0"/>
            </w:pPr>
            <w:r>
              <w:rPr>
                <w:rFonts w:ascii="Arial" w:eastAsia="Arial" w:hAnsi="Arial"/>
                <w:b/>
                <w:color w:val="43206A"/>
                <w:sz w:val="17"/>
              </w:rPr>
              <w:t>30</w:t>
            </w:r>
          </w:p>
        </w:tc>
        <w:tc>
          <w:tcPr>
            <w:tcW w:w="2119" w:type="dxa"/>
            <w:tcBorders>
              <w:top w:val="single" w:sz="4" w:space="0" w:color="B8B2BF"/>
              <w:left w:val="single" w:sz="4" w:space="0" w:color="B8B2BF"/>
              <w:bottom w:val="single" w:sz="4" w:space="0" w:color="B8B2BF"/>
              <w:right w:val="single" w:sz="4" w:space="0" w:color="B8B2BF"/>
            </w:tcBorders>
            <w:shd w:val="clear" w:color="auto" w:fill="FFFFFF"/>
            <w:tcMar>
              <w:top w:w="45" w:type="dxa"/>
              <w:left w:w="45" w:type="dxa"/>
              <w:bottom w:w="35" w:type="dxa"/>
              <w:right w:w="45" w:type="dxa"/>
            </w:tcMar>
          </w:tcPr>
          <w:p w14:paraId="668927A6" w14:textId="77777777" w:rsidR="007F1966" w:rsidRDefault="00CC1311">
            <w:pPr>
              <w:spacing w:after="0"/>
            </w:pPr>
            <w:r>
              <w:rPr>
                <w:rFonts w:ascii="Arial" w:eastAsia="Arial" w:hAnsi="Arial"/>
                <w:b/>
                <w:color w:val="43206A"/>
                <w:sz w:val="17"/>
              </w:rPr>
              <w:t>31</w:t>
            </w:r>
          </w:p>
        </w:tc>
      </w:tr>
    </w:tbl>
    <w:p w14:paraId="6FD77759" w14:textId="77777777" w:rsidR="00F63E44" w:rsidRDefault="00F63E44">
      <w:pPr>
        <w:pBdr>
          <w:bottom w:val="single" w:sz="8" w:space="1" w:color="E85D2A"/>
        </w:pBdr>
        <w:spacing w:before="40" w:after="20"/>
        <w:rPr>
          <w:rFonts w:ascii="Arial" w:eastAsia="Arial" w:hAnsi="Arial"/>
          <w:b/>
          <w:color w:val="43206A"/>
          <w:sz w:val="20"/>
        </w:rPr>
      </w:pPr>
    </w:p>
    <w:p w14:paraId="380A94AF" w14:textId="77777777" w:rsidR="00F63E44" w:rsidRDefault="00F63E44">
      <w:pPr>
        <w:rPr>
          <w:rFonts w:ascii="Arial" w:eastAsia="Arial" w:hAnsi="Arial"/>
          <w:b/>
          <w:color w:val="43206A"/>
          <w:sz w:val="20"/>
        </w:rPr>
      </w:pPr>
      <w:r>
        <w:rPr>
          <w:rFonts w:ascii="Arial" w:eastAsia="Arial" w:hAnsi="Arial"/>
          <w:b/>
          <w:color w:val="43206A"/>
          <w:sz w:val="20"/>
        </w:rPr>
        <w:br w:type="page"/>
      </w:r>
    </w:p>
    <w:p w14:paraId="08F6C117" w14:textId="77777777" w:rsidR="00A52191" w:rsidRDefault="00A52191">
      <w:pPr>
        <w:pBdr>
          <w:bottom w:val="single" w:sz="8" w:space="1" w:color="E85D2A"/>
        </w:pBdr>
        <w:spacing w:before="40" w:after="20"/>
        <w:rPr>
          <w:rFonts w:ascii="Arial" w:eastAsia="Arial" w:hAnsi="Arial"/>
          <w:b/>
          <w:color w:val="43206A"/>
          <w:sz w:val="20"/>
        </w:rPr>
      </w:pPr>
    </w:p>
    <w:p w14:paraId="7D5A35B7" w14:textId="77777777" w:rsidR="00A408FF" w:rsidRDefault="00F308F1">
      <w:pPr>
        <w:pBdr>
          <w:bottom w:val="single" w:sz="8" w:space="1" w:color="E85D2A"/>
        </w:pBdr>
        <w:spacing w:before="40" w:after="20"/>
      </w:pPr>
      <w:r>
        <w:rPr>
          <w:rFonts w:ascii="Arial" w:eastAsia="Arial" w:hAnsi="Arial"/>
          <w:b/>
          <w:color w:val="43206A"/>
          <w:sz w:val="20"/>
        </w:rPr>
        <w:t>CHAMPAIGN COUNTY</w:t>
      </w:r>
    </w:p>
    <w:tbl>
      <w:tblPr>
        <w:tblW w:w="15084" w:type="dxa"/>
        <w:jc w:val="center"/>
        <w:tblLayout w:type="fixed"/>
        <w:tblLook w:val="04A0" w:firstRow="1" w:lastRow="0" w:firstColumn="1" w:lastColumn="0" w:noHBand="0" w:noVBand="1"/>
      </w:tblPr>
      <w:tblGrid>
        <w:gridCol w:w="5616"/>
        <w:gridCol w:w="3708"/>
        <w:gridCol w:w="5760"/>
      </w:tblGrid>
      <w:tr w:rsidR="00A52191" w14:paraId="6B5BC1E8" w14:textId="77777777" w:rsidTr="00A52191">
        <w:trPr>
          <w:jc w:val="center"/>
        </w:trPr>
        <w:tc>
          <w:tcPr>
            <w:tcW w:w="5616" w:type="dxa"/>
            <w:tcBorders>
              <w:top w:val="single" w:sz="3" w:space="0" w:color="B8B2BF"/>
              <w:left w:val="single" w:sz="3" w:space="0" w:color="B8B2BF"/>
              <w:bottom w:val="single" w:sz="3" w:space="0" w:color="B8B2BF"/>
              <w:right w:val="single" w:sz="3" w:space="0" w:color="B8B2BF"/>
            </w:tcBorders>
            <w:shd w:val="clear" w:color="auto" w:fill="43206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8CBADB0" w14:textId="77777777" w:rsidR="00A52191" w:rsidRDefault="00A52191">
            <w:r>
              <w:rPr>
                <w:rFonts w:ascii="Arial" w:eastAsia="Arial" w:hAnsi="Arial"/>
                <w:b/>
                <w:color w:val="FFFFFF"/>
                <w:sz w:val="15"/>
              </w:rPr>
              <w:t>Location</w:t>
            </w:r>
          </w:p>
        </w:tc>
        <w:tc>
          <w:tcPr>
            <w:tcW w:w="3708" w:type="dxa"/>
            <w:tcBorders>
              <w:top w:val="single" w:sz="3" w:space="0" w:color="B8B2BF"/>
              <w:left w:val="single" w:sz="3" w:space="0" w:color="B8B2BF"/>
              <w:bottom w:val="single" w:sz="3" w:space="0" w:color="B8B2BF"/>
              <w:right w:val="single" w:sz="3" w:space="0" w:color="B8B2BF"/>
            </w:tcBorders>
            <w:shd w:val="clear" w:color="auto" w:fill="43206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8D2E453" w14:textId="77777777" w:rsidR="00A52191" w:rsidRDefault="00A52191">
            <w:r>
              <w:rPr>
                <w:rFonts w:ascii="Arial" w:eastAsia="Arial" w:hAnsi="Arial"/>
                <w:b/>
                <w:color w:val="FFFFFF"/>
                <w:sz w:val="15"/>
              </w:rPr>
              <w:t>Time</w:t>
            </w:r>
          </w:p>
        </w:tc>
        <w:tc>
          <w:tcPr>
            <w:tcW w:w="5760" w:type="dxa"/>
            <w:tcBorders>
              <w:top w:val="single" w:sz="3" w:space="0" w:color="B8B2BF"/>
              <w:left w:val="single" w:sz="3" w:space="0" w:color="B8B2BF"/>
              <w:bottom w:val="single" w:sz="3" w:space="0" w:color="B8B2BF"/>
              <w:right w:val="single" w:sz="3" w:space="0" w:color="B8B2BF"/>
            </w:tcBorders>
            <w:shd w:val="clear" w:color="auto" w:fill="43206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D8DFE26" w14:textId="77777777" w:rsidR="00A52191" w:rsidRDefault="00A52191">
            <w:r>
              <w:rPr>
                <w:rFonts w:ascii="Arial" w:eastAsia="Arial" w:hAnsi="Arial"/>
                <w:b/>
                <w:color w:val="FFFFFF"/>
                <w:sz w:val="15"/>
              </w:rPr>
              <w:t>Address</w:t>
            </w:r>
          </w:p>
        </w:tc>
      </w:tr>
      <w:tr w:rsidR="00A52191" w14:paraId="46D32DEA" w14:textId="77777777" w:rsidTr="00A52191">
        <w:trPr>
          <w:jc w:val="center"/>
        </w:trPr>
        <w:tc>
          <w:tcPr>
            <w:tcW w:w="5616" w:type="dxa"/>
            <w:tcBorders>
              <w:top w:val="single" w:sz="3" w:space="0" w:color="B8B2BF"/>
              <w:left w:val="single" w:sz="3" w:space="0" w:color="B8B2BF"/>
              <w:bottom w:val="single" w:sz="3" w:space="0" w:color="B8B2BF"/>
              <w:right w:val="single" w:sz="3" w:space="0" w:color="B8B2BF"/>
            </w:tcBorders>
            <w:shd w:val="clear" w:color="auto" w:fill="EEEAF2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A2AD3C6" w14:textId="77777777" w:rsidR="00A52191" w:rsidRDefault="00A52191">
            <w:pPr>
              <w:spacing w:after="0"/>
            </w:pPr>
            <w:r>
              <w:rPr>
                <w:rFonts w:ascii="Arial" w:eastAsia="Arial" w:hAnsi="Arial"/>
                <w:color w:val="333333"/>
                <w:sz w:val="14"/>
              </w:rPr>
              <w:t>Triad High School (D)</w:t>
            </w:r>
          </w:p>
        </w:tc>
        <w:tc>
          <w:tcPr>
            <w:tcW w:w="3708" w:type="dxa"/>
            <w:tcBorders>
              <w:top w:val="single" w:sz="3" w:space="0" w:color="B8B2BF"/>
              <w:left w:val="single" w:sz="3" w:space="0" w:color="B8B2BF"/>
              <w:bottom w:val="single" w:sz="3" w:space="0" w:color="B8B2BF"/>
              <w:right w:val="single" w:sz="3" w:space="0" w:color="B8B2BF"/>
            </w:tcBorders>
            <w:shd w:val="clear" w:color="auto" w:fill="EEEAF2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80B1B63" w14:textId="77777777" w:rsidR="00A52191" w:rsidRDefault="00A52191">
            <w:pPr>
              <w:spacing w:after="0"/>
            </w:pPr>
            <w:r>
              <w:rPr>
                <w:rFonts w:ascii="Arial" w:eastAsia="Arial" w:hAnsi="Arial"/>
                <w:color w:val="333333"/>
                <w:sz w:val="14"/>
              </w:rPr>
              <w:t>4-5pm</w:t>
            </w:r>
          </w:p>
        </w:tc>
        <w:tc>
          <w:tcPr>
            <w:tcW w:w="5760" w:type="dxa"/>
            <w:tcBorders>
              <w:top w:val="single" w:sz="3" w:space="0" w:color="B8B2BF"/>
              <w:left w:val="single" w:sz="3" w:space="0" w:color="B8B2BF"/>
              <w:bottom w:val="single" w:sz="3" w:space="0" w:color="B8B2BF"/>
              <w:right w:val="single" w:sz="3" w:space="0" w:color="B8B2BF"/>
            </w:tcBorders>
            <w:shd w:val="clear" w:color="auto" w:fill="EEEAF2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D26713D" w14:textId="77777777" w:rsidR="00A52191" w:rsidRDefault="00A52191">
            <w:pPr>
              <w:spacing w:after="0"/>
            </w:pPr>
            <w:r>
              <w:rPr>
                <w:rFonts w:ascii="Arial" w:eastAsia="Arial" w:hAnsi="Arial"/>
                <w:color w:val="333333"/>
                <w:sz w:val="14"/>
              </w:rPr>
              <w:t>8099 Brush Lake Road, Woodstock</w:t>
            </w:r>
          </w:p>
        </w:tc>
      </w:tr>
      <w:tr w:rsidR="00A52191" w14:paraId="5021A3DA" w14:textId="77777777" w:rsidTr="003F3DD8">
        <w:trPr>
          <w:jc w:val="center"/>
        </w:trPr>
        <w:tc>
          <w:tcPr>
            <w:tcW w:w="5616" w:type="dxa"/>
            <w:tcBorders>
              <w:top w:val="single" w:sz="3" w:space="0" w:color="B8B2BF"/>
              <w:left w:val="single" w:sz="3" w:space="0" w:color="B8B2BF"/>
              <w:bottom w:val="single" w:sz="3" w:space="0" w:color="B8B2BF"/>
              <w:right w:val="single" w:sz="3" w:space="0" w:color="B8B2BF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E95547B" w14:textId="77777777" w:rsidR="00A52191" w:rsidRDefault="00A52191">
            <w:pPr>
              <w:spacing w:after="0"/>
            </w:pPr>
            <w:r>
              <w:rPr>
                <w:rFonts w:ascii="Arial" w:eastAsia="Arial" w:hAnsi="Arial"/>
                <w:color w:val="333333"/>
                <w:sz w:val="14"/>
              </w:rPr>
              <w:t>St. Paris Firehouse (D)</w:t>
            </w:r>
          </w:p>
        </w:tc>
        <w:tc>
          <w:tcPr>
            <w:tcW w:w="3708" w:type="dxa"/>
            <w:tcBorders>
              <w:top w:val="single" w:sz="3" w:space="0" w:color="B8B2BF"/>
              <w:left w:val="single" w:sz="3" w:space="0" w:color="B8B2BF"/>
              <w:bottom w:val="single" w:sz="3" w:space="0" w:color="B8B2BF"/>
              <w:right w:val="single" w:sz="3" w:space="0" w:color="B8B2BF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1D6D0CB" w14:textId="77777777" w:rsidR="00A52191" w:rsidRDefault="00A52191">
            <w:pPr>
              <w:spacing w:after="0"/>
            </w:pPr>
            <w:r>
              <w:rPr>
                <w:rFonts w:ascii="Arial" w:eastAsia="Arial" w:hAnsi="Arial"/>
                <w:color w:val="333333"/>
                <w:sz w:val="14"/>
              </w:rPr>
              <w:t>1-2pm</w:t>
            </w:r>
          </w:p>
        </w:tc>
        <w:tc>
          <w:tcPr>
            <w:tcW w:w="5760" w:type="dxa"/>
            <w:tcBorders>
              <w:top w:val="single" w:sz="3" w:space="0" w:color="B8B2BF"/>
              <w:left w:val="single" w:sz="3" w:space="0" w:color="B8B2BF"/>
              <w:bottom w:val="single" w:sz="3" w:space="0" w:color="B8B2BF"/>
              <w:right w:val="single" w:sz="3" w:space="0" w:color="B8B2BF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914DAFC" w14:textId="77777777" w:rsidR="00A52191" w:rsidRDefault="00A52191">
            <w:pPr>
              <w:spacing w:after="0"/>
            </w:pPr>
            <w:r>
              <w:rPr>
                <w:rFonts w:ascii="Arial" w:eastAsia="Arial" w:hAnsi="Arial"/>
                <w:color w:val="333333"/>
                <w:sz w:val="14"/>
              </w:rPr>
              <w:t>135 West Main Street, St. Paris</w:t>
            </w:r>
          </w:p>
        </w:tc>
      </w:tr>
      <w:tr w:rsidR="00A52191" w14:paraId="0136AA24" w14:textId="77777777" w:rsidTr="00A52191">
        <w:trPr>
          <w:jc w:val="center"/>
        </w:trPr>
        <w:tc>
          <w:tcPr>
            <w:tcW w:w="5616" w:type="dxa"/>
            <w:tcBorders>
              <w:top w:val="single" w:sz="3" w:space="0" w:color="B8B2BF"/>
              <w:left w:val="single" w:sz="3" w:space="0" w:color="B8B2BF"/>
              <w:bottom w:val="single" w:sz="3" w:space="0" w:color="B8B2BF"/>
              <w:right w:val="single" w:sz="3" w:space="0" w:color="B8B2BF"/>
            </w:tcBorders>
            <w:shd w:val="clear" w:color="auto" w:fill="EEEAF2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597C5C7" w14:textId="77777777" w:rsidR="00A52191" w:rsidRDefault="00A52191">
            <w:pPr>
              <w:spacing w:after="0"/>
            </w:pPr>
            <w:r>
              <w:rPr>
                <w:rFonts w:ascii="Arial" w:eastAsia="Arial" w:hAnsi="Arial"/>
                <w:color w:val="333333"/>
                <w:sz w:val="14"/>
              </w:rPr>
              <w:t>Woodstock Free Will Baptist Church (D)</w:t>
            </w:r>
          </w:p>
        </w:tc>
        <w:tc>
          <w:tcPr>
            <w:tcW w:w="3708" w:type="dxa"/>
            <w:tcBorders>
              <w:top w:val="single" w:sz="3" w:space="0" w:color="B8B2BF"/>
              <w:left w:val="single" w:sz="3" w:space="0" w:color="B8B2BF"/>
              <w:bottom w:val="single" w:sz="3" w:space="0" w:color="B8B2BF"/>
              <w:right w:val="single" w:sz="3" w:space="0" w:color="B8B2BF"/>
            </w:tcBorders>
            <w:shd w:val="clear" w:color="auto" w:fill="EEEAF2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A8B2622" w14:textId="77777777" w:rsidR="00A52191" w:rsidRDefault="00A52191">
            <w:pPr>
              <w:spacing w:after="0"/>
            </w:pPr>
            <w:r>
              <w:rPr>
                <w:rFonts w:ascii="Arial" w:eastAsia="Arial" w:hAnsi="Arial"/>
                <w:color w:val="333333"/>
                <w:sz w:val="14"/>
              </w:rPr>
              <w:t>4-5pm</w:t>
            </w:r>
          </w:p>
        </w:tc>
        <w:tc>
          <w:tcPr>
            <w:tcW w:w="5760" w:type="dxa"/>
            <w:tcBorders>
              <w:top w:val="single" w:sz="3" w:space="0" w:color="B8B2BF"/>
              <w:left w:val="single" w:sz="3" w:space="0" w:color="B8B2BF"/>
              <w:bottom w:val="single" w:sz="3" w:space="0" w:color="B8B2BF"/>
              <w:right w:val="single" w:sz="3" w:space="0" w:color="B8B2BF"/>
            </w:tcBorders>
            <w:shd w:val="clear" w:color="auto" w:fill="EEEAF2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7429AB9" w14:textId="77777777" w:rsidR="00A52191" w:rsidRDefault="00A52191">
            <w:pPr>
              <w:spacing w:after="0"/>
            </w:pPr>
            <w:r>
              <w:rPr>
                <w:rFonts w:ascii="Arial" w:eastAsia="Arial" w:hAnsi="Arial"/>
                <w:color w:val="333333"/>
                <w:sz w:val="14"/>
              </w:rPr>
              <w:t>332 W Bennett St, Woodstock</w:t>
            </w:r>
          </w:p>
        </w:tc>
      </w:tr>
      <w:tr w:rsidR="00A52191" w14:paraId="27986D56" w14:textId="77777777" w:rsidTr="003F3DD8">
        <w:trPr>
          <w:jc w:val="center"/>
        </w:trPr>
        <w:tc>
          <w:tcPr>
            <w:tcW w:w="5616" w:type="dxa"/>
            <w:tcBorders>
              <w:top w:val="single" w:sz="3" w:space="0" w:color="B8B2BF"/>
              <w:left w:val="single" w:sz="3" w:space="0" w:color="B8B2BF"/>
              <w:bottom w:val="single" w:sz="3" w:space="0" w:color="B8B2BF"/>
              <w:right w:val="single" w:sz="3" w:space="0" w:color="B8B2BF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929CF04" w14:textId="77777777" w:rsidR="00A52191" w:rsidRDefault="00A52191">
            <w:pPr>
              <w:spacing w:after="0"/>
            </w:pPr>
            <w:r>
              <w:rPr>
                <w:rFonts w:ascii="Arial" w:eastAsia="Arial" w:hAnsi="Arial"/>
                <w:color w:val="333333"/>
                <w:sz w:val="14"/>
              </w:rPr>
              <w:t>St. Michael's Church (D)</w:t>
            </w:r>
          </w:p>
        </w:tc>
        <w:tc>
          <w:tcPr>
            <w:tcW w:w="3708" w:type="dxa"/>
            <w:tcBorders>
              <w:top w:val="single" w:sz="3" w:space="0" w:color="B8B2BF"/>
              <w:left w:val="single" w:sz="3" w:space="0" w:color="B8B2BF"/>
              <w:bottom w:val="single" w:sz="3" w:space="0" w:color="B8B2BF"/>
              <w:right w:val="single" w:sz="3" w:space="0" w:color="B8B2BF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3F79F2D" w14:textId="77777777" w:rsidR="00A52191" w:rsidRDefault="00A52191">
            <w:pPr>
              <w:spacing w:after="0"/>
            </w:pPr>
            <w:r>
              <w:rPr>
                <w:rFonts w:ascii="Arial" w:eastAsia="Arial" w:hAnsi="Arial"/>
                <w:color w:val="333333"/>
                <w:sz w:val="14"/>
              </w:rPr>
              <w:t>4-5pm</w:t>
            </w:r>
          </w:p>
        </w:tc>
        <w:tc>
          <w:tcPr>
            <w:tcW w:w="5760" w:type="dxa"/>
            <w:tcBorders>
              <w:top w:val="single" w:sz="3" w:space="0" w:color="B8B2BF"/>
              <w:left w:val="single" w:sz="3" w:space="0" w:color="B8B2BF"/>
              <w:bottom w:val="single" w:sz="3" w:space="0" w:color="B8B2BF"/>
              <w:right w:val="single" w:sz="3" w:space="0" w:color="B8B2BF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DA254B5" w14:textId="77777777" w:rsidR="00A52191" w:rsidRDefault="00A52191">
            <w:pPr>
              <w:spacing w:after="0"/>
            </w:pPr>
            <w:r>
              <w:rPr>
                <w:rFonts w:ascii="Arial" w:eastAsia="Arial" w:hAnsi="Arial"/>
                <w:color w:val="333333"/>
                <w:sz w:val="14"/>
              </w:rPr>
              <w:t>40 Walnut Street, Mechanicsburg</w:t>
            </w:r>
          </w:p>
        </w:tc>
      </w:tr>
      <w:tr w:rsidR="004C1CC4" w14:paraId="52FC77A4" w14:textId="77777777" w:rsidTr="004C1CC4">
        <w:trPr>
          <w:jc w:val="center"/>
        </w:trPr>
        <w:tc>
          <w:tcPr>
            <w:tcW w:w="5616" w:type="dxa"/>
            <w:tcBorders>
              <w:top w:val="single" w:sz="3" w:space="0" w:color="B8B2BF"/>
              <w:left w:val="single" w:sz="3" w:space="0" w:color="B8B2BF"/>
              <w:bottom w:val="single" w:sz="3" w:space="0" w:color="B8B2BF"/>
              <w:right w:val="single" w:sz="3" w:space="0" w:color="B8B2BF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E67AE4B" w14:textId="77777777" w:rsidR="004C1CC4" w:rsidRPr="004C1CC4" w:rsidRDefault="004C1CC4" w:rsidP="00585F93">
            <w:pPr>
              <w:spacing w:after="0"/>
              <w:rPr>
                <w:rFonts w:ascii="Arial" w:eastAsia="Arial" w:hAnsi="Arial"/>
                <w:color w:val="333333"/>
                <w:sz w:val="14"/>
              </w:rPr>
            </w:pPr>
            <w:r>
              <w:rPr>
                <w:rFonts w:ascii="Arial" w:eastAsia="Arial" w:hAnsi="Arial"/>
                <w:color w:val="333333"/>
                <w:sz w:val="14"/>
              </w:rPr>
              <w:t>Urbana CHC (W)</w:t>
            </w:r>
          </w:p>
        </w:tc>
        <w:tc>
          <w:tcPr>
            <w:tcW w:w="3708" w:type="dxa"/>
            <w:tcBorders>
              <w:top w:val="single" w:sz="3" w:space="0" w:color="B8B2BF"/>
              <w:left w:val="single" w:sz="3" w:space="0" w:color="B8B2BF"/>
              <w:bottom w:val="single" w:sz="3" w:space="0" w:color="B8B2BF"/>
              <w:right w:val="single" w:sz="3" w:space="0" w:color="B8B2BF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A964750" w14:textId="77777777" w:rsidR="004C1CC4" w:rsidRPr="004C1CC4" w:rsidRDefault="004C1CC4" w:rsidP="00585F93">
            <w:pPr>
              <w:spacing w:after="0"/>
              <w:rPr>
                <w:rFonts w:ascii="Arial" w:eastAsia="Arial" w:hAnsi="Arial"/>
                <w:color w:val="333333"/>
                <w:sz w:val="14"/>
              </w:rPr>
            </w:pPr>
            <w:r>
              <w:rPr>
                <w:rFonts w:ascii="Arial" w:eastAsia="Arial" w:hAnsi="Arial"/>
                <w:color w:val="333333"/>
                <w:sz w:val="14"/>
              </w:rPr>
              <w:t>12-1pm</w:t>
            </w:r>
          </w:p>
        </w:tc>
        <w:tc>
          <w:tcPr>
            <w:tcW w:w="5760" w:type="dxa"/>
            <w:tcBorders>
              <w:top w:val="single" w:sz="3" w:space="0" w:color="B8B2BF"/>
              <w:left w:val="single" w:sz="3" w:space="0" w:color="B8B2BF"/>
              <w:bottom w:val="single" w:sz="3" w:space="0" w:color="B8B2BF"/>
              <w:right w:val="single" w:sz="3" w:space="0" w:color="B8B2BF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23AC09F" w14:textId="0F7F24FC" w:rsidR="004C1CC4" w:rsidRPr="004C1CC4" w:rsidRDefault="004C1CC4" w:rsidP="00585F93">
            <w:pPr>
              <w:spacing w:after="0"/>
              <w:rPr>
                <w:rFonts w:ascii="Arial" w:eastAsia="Arial" w:hAnsi="Arial"/>
                <w:color w:val="333333"/>
                <w:sz w:val="14"/>
              </w:rPr>
            </w:pPr>
            <w:r>
              <w:rPr>
                <w:rFonts w:ascii="Arial" w:eastAsia="Arial" w:hAnsi="Arial"/>
                <w:color w:val="333333"/>
                <w:sz w:val="14"/>
              </w:rPr>
              <w:t>605 Miami St., Urbana, OH</w:t>
            </w:r>
          </w:p>
        </w:tc>
      </w:tr>
      <w:tr w:rsidR="004C1CC4" w14:paraId="1D5F7D1E" w14:textId="77777777" w:rsidTr="004C1CC4">
        <w:trPr>
          <w:jc w:val="center"/>
        </w:trPr>
        <w:tc>
          <w:tcPr>
            <w:tcW w:w="5616" w:type="dxa"/>
            <w:tcBorders>
              <w:top w:val="single" w:sz="3" w:space="0" w:color="B8B2BF"/>
              <w:left w:val="single" w:sz="3" w:space="0" w:color="B8B2BF"/>
              <w:bottom w:val="single" w:sz="3" w:space="0" w:color="B8B2BF"/>
              <w:right w:val="single" w:sz="3" w:space="0" w:color="B8B2BF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0E0CE3A" w14:textId="79B428FF" w:rsidR="004C1CC4" w:rsidRDefault="004C1CC4" w:rsidP="00585F93">
            <w:pPr>
              <w:spacing w:after="0"/>
              <w:rPr>
                <w:rFonts w:ascii="Arial" w:eastAsia="Arial" w:hAnsi="Arial"/>
                <w:color w:val="333333"/>
                <w:sz w:val="14"/>
              </w:rPr>
            </w:pPr>
            <w:r>
              <w:rPr>
                <w:rFonts w:ascii="Arial" w:eastAsia="Arial" w:hAnsi="Arial"/>
                <w:color w:val="333333"/>
                <w:sz w:val="14"/>
              </w:rPr>
              <w:t>Champaign County Fairgrounds</w:t>
            </w:r>
          </w:p>
        </w:tc>
        <w:tc>
          <w:tcPr>
            <w:tcW w:w="3708" w:type="dxa"/>
            <w:tcBorders>
              <w:top w:val="single" w:sz="3" w:space="0" w:color="B8B2BF"/>
              <w:left w:val="single" w:sz="3" w:space="0" w:color="B8B2BF"/>
              <w:bottom w:val="single" w:sz="3" w:space="0" w:color="B8B2BF"/>
              <w:right w:val="single" w:sz="3" w:space="0" w:color="B8B2BF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B54499C" w14:textId="4868CF1D" w:rsidR="004C1CC4" w:rsidRDefault="004C1CC4" w:rsidP="00585F93">
            <w:pPr>
              <w:spacing w:after="0"/>
              <w:rPr>
                <w:rFonts w:ascii="Arial" w:eastAsia="Arial" w:hAnsi="Arial"/>
                <w:color w:val="333333"/>
                <w:sz w:val="14"/>
              </w:rPr>
            </w:pPr>
            <w:r>
              <w:rPr>
                <w:rFonts w:ascii="Arial" w:eastAsia="Arial" w:hAnsi="Arial"/>
                <w:color w:val="333333"/>
                <w:sz w:val="14"/>
              </w:rPr>
              <w:t>10-11am</w:t>
            </w:r>
          </w:p>
        </w:tc>
        <w:tc>
          <w:tcPr>
            <w:tcW w:w="5760" w:type="dxa"/>
            <w:tcBorders>
              <w:top w:val="single" w:sz="3" w:space="0" w:color="B8B2BF"/>
              <w:left w:val="single" w:sz="3" w:space="0" w:color="B8B2BF"/>
              <w:bottom w:val="single" w:sz="3" w:space="0" w:color="B8B2BF"/>
              <w:right w:val="single" w:sz="3" w:space="0" w:color="B8B2BF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B98BB8B" w14:textId="1823B77A" w:rsidR="004C1CC4" w:rsidRDefault="004C1CC4" w:rsidP="00585F93">
            <w:pPr>
              <w:spacing w:after="0"/>
              <w:rPr>
                <w:rFonts w:ascii="Arial" w:eastAsia="Arial" w:hAnsi="Arial"/>
                <w:color w:val="333333"/>
                <w:sz w:val="14"/>
              </w:rPr>
            </w:pPr>
            <w:r>
              <w:rPr>
                <w:rFonts w:ascii="Arial" w:eastAsia="Arial" w:hAnsi="Arial"/>
                <w:color w:val="333333"/>
                <w:sz w:val="14"/>
              </w:rPr>
              <w:t>384 Park Ave. Urbana, OH</w:t>
            </w:r>
          </w:p>
        </w:tc>
      </w:tr>
    </w:tbl>
    <w:p w14:paraId="1DA73DF5" w14:textId="77777777" w:rsidR="00A52191" w:rsidRDefault="00A52191">
      <w:pPr>
        <w:pBdr>
          <w:bottom w:val="single" w:sz="8" w:space="1" w:color="E85D2A"/>
        </w:pBdr>
        <w:spacing w:before="40" w:after="20"/>
        <w:rPr>
          <w:rFonts w:ascii="Arial" w:eastAsia="Arial" w:hAnsi="Arial"/>
          <w:b/>
          <w:color w:val="43206A"/>
          <w:sz w:val="20"/>
        </w:rPr>
      </w:pPr>
    </w:p>
    <w:p w14:paraId="34009EF2" w14:textId="77777777" w:rsidR="00A408FF" w:rsidRDefault="00F308F1">
      <w:pPr>
        <w:pBdr>
          <w:bottom w:val="single" w:sz="8" w:space="1" w:color="E85D2A"/>
        </w:pBdr>
        <w:spacing w:before="40" w:after="20"/>
      </w:pPr>
      <w:r>
        <w:rPr>
          <w:rFonts w:ascii="Arial" w:eastAsia="Arial" w:hAnsi="Arial"/>
          <w:b/>
          <w:color w:val="43206A"/>
          <w:sz w:val="20"/>
        </w:rPr>
        <w:t>LOGAN COUNTY</w:t>
      </w:r>
    </w:p>
    <w:tbl>
      <w:tblPr>
        <w:tblW w:w="15084" w:type="dxa"/>
        <w:jc w:val="center"/>
        <w:tblLayout w:type="fixed"/>
        <w:tblLook w:val="04A0" w:firstRow="1" w:lastRow="0" w:firstColumn="1" w:lastColumn="0" w:noHBand="0" w:noVBand="1"/>
      </w:tblPr>
      <w:tblGrid>
        <w:gridCol w:w="5616"/>
        <w:gridCol w:w="3708"/>
        <w:gridCol w:w="5760"/>
      </w:tblGrid>
      <w:tr w:rsidR="00A52191" w14:paraId="7B23EAA5" w14:textId="77777777" w:rsidTr="00A52191">
        <w:trPr>
          <w:jc w:val="center"/>
        </w:trPr>
        <w:tc>
          <w:tcPr>
            <w:tcW w:w="5616" w:type="dxa"/>
            <w:tcBorders>
              <w:top w:val="single" w:sz="3" w:space="0" w:color="B8B2BF"/>
              <w:left w:val="single" w:sz="3" w:space="0" w:color="B8B2BF"/>
              <w:bottom w:val="single" w:sz="3" w:space="0" w:color="B8B2BF"/>
              <w:right w:val="single" w:sz="3" w:space="0" w:color="B8B2BF"/>
            </w:tcBorders>
            <w:shd w:val="clear" w:color="auto" w:fill="43206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6DE7392" w14:textId="77777777" w:rsidR="00A52191" w:rsidRDefault="00A52191">
            <w:r>
              <w:rPr>
                <w:rFonts w:ascii="Arial" w:eastAsia="Arial" w:hAnsi="Arial"/>
                <w:b/>
                <w:color w:val="FFFFFF"/>
                <w:sz w:val="15"/>
              </w:rPr>
              <w:t>Location</w:t>
            </w:r>
          </w:p>
        </w:tc>
        <w:tc>
          <w:tcPr>
            <w:tcW w:w="3708" w:type="dxa"/>
            <w:tcBorders>
              <w:top w:val="single" w:sz="3" w:space="0" w:color="B8B2BF"/>
              <w:left w:val="single" w:sz="3" w:space="0" w:color="B8B2BF"/>
              <w:bottom w:val="single" w:sz="3" w:space="0" w:color="B8B2BF"/>
              <w:right w:val="single" w:sz="3" w:space="0" w:color="B8B2BF"/>
            </w:tcBorders>
            <w:shd w:val="clear" w:color="auto" w:fill="43206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F0470B8" w14:textId="77777777" w:rsidR="00A52191" w:rsidRDefault="00A52191">
            <w:r>
              <w:rPr>
                <w:rFonts w:ascii="Arial" w:eastAsia="Arial" w:hAnsi="Arial"/>
                <w:b/>
                <w:color w:val="FFFFFF"/>
                <w:sz w:val="15"/>
              </w:rPr>
              <w:t>Time</w:t>
            </w:r>
          </w:p>
        </w:tc>
        <w:tc>
          <w:tcPr>
            <w:tcW w:w="5760" w:type="dxa"/>
            <w:tcBorders>
              <w:top w:val="single" w:sz="3" w:space="0" w:color="B8B2BF"/>
              <w:left w:val="single" w:sz="3" w:space="0" w:color="B8B2BF"/>
              <w:bottom w:val="single" w:sz="3" w:space="0" w:color="B8B2BF"/>
              <w:right w:val="single" w:sz="3" w:space="0" w:color="B8B2BF"/>
            </w:tcBorders>
            <w:shd w:val="clear" w:color="auto" w:fill="43206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8652407" w14:textId="77777777" w:rsidR="00A52191" w:rsidRDefault="00A52191">
            <w:r>
              <w:rPr>
                <w:rFonts w:ascii="Arial" w:eastAsia="Arial" w:hAnsi="Arial"/>
                <w:b/>
                <w:color w:val="FFFFFF"/>
                <w:sz w:val="15"/>
              </w:rPr>
              <w:t>Address</w:t>
            </w:r>
          </w:p>
        </w:tc>
      </w:tr>
      <w:tr w:rsidR="00A52191" w14:paraId="5FC07B37" w14:textId="77777777" w:rsidTr="00A52191">
        <w:trPr>
          <w:jc w:val="center"/>
        </w:trPr>
        <w:tc>
          <w:tcPr>
            <w:tcW w:w="5616" w:type="dxa"/>
            <w:tcBorders>
              <w:top w:val="single" w:sz="3" w:space="0" w:color="B8B2BF"/>
              <w:left w:val="single" w:sz="3" w:space="0" w:color="B8B2BF"/>
              <w:bottom w:val="single" w:sz="3" w:space="0" w:color="B8B2BF"/>
              <w:right w:val="single" w:sz="3" w:space="0" w:color="B8B2BF"/>
            </w:tcBorders>
            <w:shd w:val="clear" w:color="auto" w:fill="EEEAF2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BEDAE6F" w14:textId="77777777" w:rsidR="00A52191" w:rsidRDefault="00A52191">
            <w:pPr>
              <w:spacing w:after="0"/>
            </w:pPr>
            <w:r>
              <w:rPr>
                <w:rFonts w:ascii="Arial" w:eastAsia="Arial" w:hAnsi="Arial"/>
                <w:color w:val="333333"/>
                <w:sz w:val="14"/>
              </w:rPr>
              <w:t>Eagles Annex Building (W)</w:t>
            </w:r>
          </w:p>
        </w:tc>
        <w:tc>
          <w:tcPr>
            <w:tcW w:w="3708" w:type="dxa"/>
            <w:tcBorders>
              <w:top w:val="single" w:sz="3" w:space="0" w:color="B8B2BF"/>
              <w:left w:val="single" w:sz="3" w:space="0" w:color="B8B2BF"/>
              <w:bottom w:val="single" w:sz="3" w:space="0" w:color="B8B2BF"/>
              <w:right w:val="single" w:sz="3" w:space="0" w:color="B8B2BF"/>
            </w:tcBorders>
            <w:shd w:val="clear" w:color="auto" w:fill="EEEAF2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849A0C7" w14:textId="77777777" w:rsidR="00A52191" w:rsidRDefault="00A52191">
            <w:pPr>
              <w:spacing w:after="0"/>
            </w:pPr>
            <w:r>
              <w:rPr>
                <w:rFonts w:ascii="Arial" w:eastAsia="Arial" w:hAnsi="Arial"/>
                <w:color w:val="333333"/>
                <w:sz w:val="14"/>
              </w:rPr>
              <w:t>11am-12pm</w:t>
            </w:r>
          </w:p>
        </w:tc>
        <w:tc>
          <w:tcPr>
            <w:tcW w:w="5760" w:type="dxa"/>
            <w:tcBorders>
              <w:top w:val="single" w:sz="3" w:space="0" w:color="B8B2BF"/>
              <w:left w:val="single" w:sz="3" w:space="0" w:color="B8B2BF"/>
              <w:bottom w:val="single" w:sz="3" w:space="0" w:color="B8B2BF"/>
              <w:right w:val="single" w:sz="3" w:space="0" w:color="B8B2BF"/>
            </w:tcBorders>
            <w:shd w:val="clear" w:color="auto" w:fill="EEEAF2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BA9E4F0" w14:textId="77777777" w:rsidR="00A52191" w:rsidRDefault="00A52191">
            <w:pPr>
              <w:spacing w:after="0"/>
            </w:pPr>
            <w:r>
              <w:rPr>
                <w:rFonts w:ascii="Arial" w:eastAsia="Arial" w:hAnsi="Arial"/>
                <w:color w:val="333333"/>
                <w:sz w:val="14"/>
              </w:rPr>
              <w:t>11443 Shawnee Path, Lakeview</w:t>
            </w:r>
          </w:p>
        </w:tc>
      </w:tr>
      <w:tr w:rsidR="00A52191" w14:paraId="28CE4A63" w14:textId="77777777" w:rsidTr="00A52191">
        <w:trPr>
          <w:jc w:val="center"/>
        </w:trPr>
        <w:tc>
          <w:tcPr>
            <w:tcW w:w="5616" w:type="dxa"/>
            <w:tcBorders>
              <w:top w:val="single" w:sz="3" w:space="0" w:color="B8B2BF"/>
              <w:left w:val="single" w:sz="3" w:space="0" w:color="B8B2BF"/>
              <w:bottom w:val="single" w:sz="3" w:space="0" w:color="B8B2BF"/>
              <w:right w:val="single" w:sz="3" w:space="0" w:color="B8B2BF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643D760" w14:textId="77777777" w:rsidR="00A52191" w:rsidRDefault="00A52191">
            <w:pPr>
              <w:spacing w:after="0"/>
            </w:pPr>
            <w:r>
              <w:rPr>
                <w:rFonts w:ascii="Arial" w:eastAsia="Arial" w:hAnsi="Arial"/>
                <w:color w:val="333333"/>
                <w:sz w:val="14"/>
              </w:rPr>
              <w:t>Lion's Club Ball Park (D)</w:t>
            </w:r>
          </w:p>
        </w:tc>
        <w:tc>
          <w:tcPr>
            <w:tcW w:w="3708" w:type="dxa"/>
            <w:tcBorders>
              <w:top w:val="single" w:sz="3" w:space="0" w:color="B8B2BF"/>
              <w:left w:val="single" w:sz="3" w:space="0" w:color="B8B2BF"/>
              <w:bottom w:val="single" w:sz="3" w:space="0" w:color="B8B2BF"/>
              <w:right w:val="single" w:sz="3" w:space="0" w:color="B8B2BF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3AA7B62" w14:textId="77777777" w:rsidR="00A52191" w:rsidRDefault="00A52191">
            <w:pPr>
              <w:spacing w:after="0"/>
            </w:pPr>
            <w:r>
              <w:rPr>
                <w:rFonts w:ascii="Arial" w:eastAsia="Arial" w:hAnsi="Arial"/>
                <w:color w:val="333333"/>
                <w:sz w:val="14"/>
              </w:rPr>
              <w:t>12-1pm</w:t>
            </w:r>
          </w:p>
        </w:tc>
        <w:tc>
          <w:tcPr>
            <w:tcW w:w="5760" w:type="dxa"/>
            <w:tcBorders>
              <w:top w:val="single" w:sz="3" w:space="0" w:color="B8B2BF"/>
              <w:left w:val="single" w:sz="3" w:space="0" w:color="B8B2BF"/>
              <w:bottom w:val="single" w:sz="3" w:space="0" w:color="B8B2BF"/>
              <w:right w:val="single" w:sz="3" w:space="0" w:color="B8B2BF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E4C1BAB" w14:textId="77777777" w:rsidR="00A52191" w:rsidRDefault="00A52191">
            <w:pPr>
              <w:spacing w:after="0"/>
            </w:pPr>
            <w:r>
              <w:rPr>
                <w:rFonts w:ascii="Arial" w:eastAsia="Arial" w:hAnsi="Arial"/>
                <w:color w:val="333333"/>
                <w:sz w:val="14"/>
              </w:rPr>
              <w:t>576 Township Rd 174, West Liberty</w:t>
            </w:r>
          </w:p>
        </w:tc>
      </w:tr>
      <w:tr w:rsidR="00A52191" w14:paraId="17C8D58C" w14:textId="77777777" w:rsidTr="00A52191">
        <w:trPr>
          <w:jc w:val="center"/>
        </w:trPr>
        <w:tc>
          <w:tcPr>
            <w:tcW w:w="5616" w:type="dxa"/>
            <w:tcBorders>
              <w:top w:val="single" w:sz="3" w:space="0" w:color="B8B2BF"/>
              <w:left w:val="single" w:sz="3" w:space="0" w:color="B8B2BF"/>
              <w:bottom w:val="single" w:sz="3" w:space="0" w:color="B8B2BF"/>
              <w:right w:val="single" w:sz="3" w:space="0" w:color="B8B2BF"/>
            </w:tcBorders>
            <w:shd w:val="clear" w:color="auto" w:fill="EEEAF2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D087496" w14:textId="77777777" w:rsidR="00A52191" w:rsidRDefault="00A52191">
            <w:pPr>
              <w:spacing w:after="0"/>
            </w:pPr>
            <w:r>
              <w:rPr>
                <w:rFonts w:ascii="Arial" w:eastAsia="Arial" w:hAnsi="Arial"/>
                <w:color w:val="333333"/>
                <w:sz w:val="14"/>
              </w:rPr>
              <w:t>Richland Township Park (D)</w:t>
            </w:r>
          </w:p>
        </w:tc>
        <w:tc>
          <w:tcPr>
            <w:tcW w:w="3708" w:type="dxa"/>
            <w:tcBorders>
              <w:top w:val="single" w:sz="3" w:space="0" w:color="B8B2BF"/>
              <w:left w:val="single" w:sz="3" w:space="0" w:color="B8B2BF"/>
              <w:bottom w:val="single" w:sz="3" w:space="0" w:color="B8B2BF"/>
              <w:right w:val="single" w:sz="3" w:space="0" w:color="B8B2BF"/>
            </w:tcBorders>
            <w:shd w:val="clear" w:color="auto" w:fill="EEEAF2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86D4FF3" w14:textId="77777777" w:rsidR="00A52191" w:rsidRDefault="00A52191">
            <w:pPr>
              <w:spacing w:after="0"/>
            </w:pPr>
            <w:r>
              <w:rPr>
                <w:rFonts w:ascii="Arial" w:eastAsia="Arial" w:hAnsi="Arial"/>
                <w:color w:val="333333"/>
                <w:sz w:val="14"/>
              </w:rPr>
              <w:t>10:30-11:30am</w:t>
            </w:r>
          </w:p>
        </w:tc>
        <w:tc>
          <w:tcPr>
            <w:tcW w:w="5760" w:type="dxa"/>
            <w:tcBorders>
              <w:top w:val="single" w:sz="3" w:space="0" w:color="B8B2BF"/>
              <w:left w:val="single" w:sz="3" w:space="0" w:color="B8B2BF"/>
              <w:bottom w:val="single" w:sz="3" w:space="0" w:color="B8B2BF"/>
              <w:right w:val="single" w:sz="3" w:space="0" w:color="B8B2BF"/>
            </w:tcBorders>
            <w:shd w:val="clear" w:color="auto" w:fill="EEEAF2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4A0CC42" w14:textId="77777777" w:rsidR="00A52191" w:rsidRDefault="00A52191">
            <w:pPr>
              <w:spacing w:after="0"/>
            </w:pPr>
            <w:r>
              <w:rPr>
                <w:rFonts w:ascii="Arial" w:eastAsia="Arial" w:hAnsi="Arial"/>
                <w:color w:val="333333"/>
                <w:sz w:val="14"/>
              </w:rPr>
              <w:t>615 N Center St, Belle Center</w:t>
            </w:r>
          </w:p>
        </w:tc>
      </w:tr>
      <w:tr w:rsidR="00A52191" w14:paraId="1BC1454C" w14:textId="77777777" w:rsidTr="00A52191">
        <w:trPr>
          <w:jc w:val="center"/>
        </w:trPr>
        <w:tc>
          <w:tcPr>
            <w:tcW w:w="5616" w:type="dxa"/>
            <w:tcBorders>
              <w:top w:val="single" w:sz="3" w:space="0" w:color="B8B2BF"/>
              <w:left w:val="single" w:sz="3" w:space="0" w:color="B8B2BF"/>
              <w:bottom w:val="single" w:sz="3" w:space="0" w:color="B8B2BF"/>
              <w:right w:val="single" w:sz="3" w:space="0" w:color="B8B2BF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EB51FF9" w14:textId="77777777" w:rsidR="00A52191" w:rsidRDefault="00A52191">
            <w:pPr>
              <w:spacing w:after="0"/>
            </w:pPr>
            <w:r>
              <w:rPr>
                <w:rFonts w:ascii="Arial" w:eastAsia="Arial" w:hAnsi="Arial"/>
                <w:color w:val="333333"/>
                <w:sz w:val="14"/>
              </w:rPr>
              <w:t>Lion's Club Ball Park (D)</w:t>
            </w:r>
          </w:p>
        </w:tc>
        <w:tc>
          <w:tcPr>
            <w:tcW w:w="3708" w:type="dxa"/>
            <w:tcBorders>
              <w:top w:val="single" w:sz="3" w:space="0" w:color="B8B2BF"/>
              <w:left w:val="single" w:sz="3" w:space="0" w:color="B8B2BF"/>
              <w:bottom w:val="single" w:sz="3" w:space="0" w:color="B8B2BF"/>
              <w:right w:val="single" w:sz="3" w:space="0" w:color="B8B2BF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5984B34" w14:textId="77777777" w:rsidR="00A52191" w:rsidRDefault="00A52191">
            <w:pPr>
              <w:spacing w:after="0"/>
            </w:pPr>
            <w:r>
              <w:rPr>
                <w:rFonts w:ascii="Arial" w:eastAsia="Arial" w:hAnsi="Arial"/>
                <w:color w:val="333333"/>
                <w:sz w:val="14"/>
              </w:rPr>
              <w:t>12-1pm</w:t>
            </w:r>
          </w:p>
        </w:tc>
        <w:tc>
          <w:tcPr>
            <w:tcW w:w="5760" w:type="dxa"/>
            <w:tcBorders>
              <w:top w:val="single" w:sz="3" w:space="0" w:color="B8B2BF"/>
              <w:left w:val="single" w:sz="3" w:space="0" w:color="B8B2BF"/>
              <w:bottom w:val="single" w:sz="3" w:space="0" w:color="B8B2BF"/>
              <w:right w:val="single" w:sz="3" w:space="0" w:color="B8B2BF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E89E920" w14:textId="77777777" w:rsidR="00A52191" w:rsidRDefault="00A52191">
            <w:pPr>
              <w:spacing w:after="0"/>
            </w:pPr>
            <w:r>
              <w:rPr>
                <w:rFonts w:ascii="Arial" w:eastAsia="Arial" w:hAnsi="Arial"/>
                <w:color w:val="333333"/>
                <w:sz w:val="14"/>
              </w:rPr>
              <w:t>576 Township Rd 174, West Liberty</w:t>
            </w:r>
          </w:p>
        </w:tc>
      </w:tr>
      <w:tr w:rsidR="00A52191" w14:paraId="771DEE76" w14:textId="77777777" w:rsidTr="00A52191">
        <w:trPr>
          <w:jc w:val="center"/>
        </w:trPr>
        <w:tc>
          <w:tcPr>
            <w:tcW w:w="5616" w:type="dxa"/>
            <w:tcBorders>
              <w:top w:val="single" w:sz="3" w:space="0" w:color="B8B2BF"/>
              <w:left w:val="single" w:sz="3" w:space="0" w:color="B8B2BF"/>
              <w:bottom w:val="single" w:sz="3" w:space="0" w:color="B8B2BF"/>
              <w:right w:val="single" w:sz="3" w:space="0" w:color="B8B2BF"/>
            </w:tcBorders>
            <w:shd w:val="clear" w:color="auto" w:fill="EEEAF2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08C31D3" w14:textId="77777777" w:rsidR="00A52191" w:rsidRDefault="00A52191">
            <w:pPr>
              <w:spacing w:after="0"/>
            </w:pPr>
            <w:r>
              <w:rPr>
                <w:rFonts w:ascii="Arial" w:eastAsia="Arial" w:hAnsi="Arial"/>
                <w:color w:val="333333"/>
                <w:sz w:val="14"/>
              </w:rPr>
              <w:t>Rushsylvania Church of Christ (D)</w:t>
            </w:r>
          </w:p>
        </w:tc>
        <w:tc>
          <w:tcPr>
            <w:tcW w:w="3708" w:type="dxa"/>
            <w:tcBorders>
              <w:top w:val="single" w:sz="3" w:space="0" w:color="B8B2BF"/>
              <w:left w:val="single" w:sz="3" w:space="0" w:color="B8B2BF"/>
              <w:bottom w:val="single" w:sz="3" w:space="0" w:color="B8B2BF"/>
              <w:right w:val="single" w:sz="3" w:space="0" w:color="B8B2BF"/>
            </w:tcBorders>
            <w:shd w:val="clear" w:color="auto" w:fill="EEEAF2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D6054D9" w14:textId="77777777" w:rsidR="00A52191" w:rsidRDefault="00A52191">
            <w:pPr>
              <w:spacing w:after="0"/>
            </w:pPr>
            <w:r>
              <w:rPr>
                <w:rFonts w:ascii="Arial" w:eastAsia="Arial" w:hAnsi="Arial"/>
                <w:color w:val="333333"/>
                <w:sz w:val="14"/>
              </w:rPr>
              <w:t>11am-12pm</w:t>
            </w:r>
          </w:p>
        </w:tc>
        <w:tc>
          <w:tcPr>
            <w:tcW w:w="5760" w:type="dxa"/>
            <w:tcBorders>
              <w:top w:val="single" w:sz="3" w:space="0" w:color="B8B2BF"/>
              <w:left w:val="single" w:sz="3" w:space="0" w:color="B8B2BF"/>
              <w:bottom w:val="single" w:sz="3" w:space="0" w:color="B8B2BF"/>
              <w:right w:val="single" w:sz="3" w:space="0" w:color="B8B2BF"/>
            </w:tcBorders>
            <w:shd w:val="clear" w:color="auto" w:fill="EEEAF2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3A409EE" w14:textId="77777777" w:rsidR="00A52191" w:rsidRDefault="00A52191">
            <w:pPr>
              <w:spacing w:after="0"/>
            </w:pPr>
            <w:r>
              <w:rPr>
                <w:rFonts w:ascii="Arial" w:eastAsia="Arial" w:hAnsi="Arial"/>
                <w:color w:val="333333"/>
                <w:sz w:val="14"/>
              </w:rPr>
              <w:t>170 Mill St E, Rushsylvania</w:t>
            </w:r>
          </w:p>
        </w:tc>
      </w:tr>
      <w:tr w:rsidR="00A52191" w14:paraId="2CF7A2AE" w14:textId="77777777" w:rsidTr="00A52191">
        <w:trPr>
          <w:jc w:val="center"/>
        </w:trPr>
        <w:tc>
          <w:tcPr>
            <w:tcW w:w="5616" w:type="dxa"/>
            <w:tcBorders>
              <w:top w:val="single" w:sz="3" w:space="0" w:color="B8B2BF"/>
              <w:left w:val="single" w:sz="3" w:space="0" w:color="B8B2BF"/>
              <w:bottom w:val="single" w:sz="3" w:space="0" w:color="B8B2BF"/>
              <w:right w:val="single" w:sz="3" w:space="0" w:color="B8B2BF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2522093" w14:textId="77777777" w:rsidR="00A52191" w:rsidRDefault="00A52191">
            <w:pPr>
              <w:spacing w:after="0"/>
            </w:pPr>
            <w:r>
              <w:rPr>
                <w:rFonts w:ascii="Arial" w:eastAsia="Arial" w:hAnsi="Arial"/>
                <w:color w:val="333333"/>
                <w:sz w:val="14"/>
              </w:rPr>
              <w:t>Logan Co Fairgrounds (D)</w:t>
            </w:r>
          </w:p>
        </w:tc>
        <w:tc>
          <w:tcPr>
            <w:tcW w:w="3708" w:type="dxa"/>
            <w:tcBorders>
              <w:top w:val="single" w:sz="3" w:space="0" w:color="B8B2BF"/>
              <w:left w:val="single" w:sz="3" w:space="0" w:color="B8B2BF"/>
              <w:bottom w:val="single" w:sz="3" w:space="0" w:color="B8B2BF"/>
              <w:right w:val="single" w:sz="3" w:space="0" w:color="B8B2BF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3B87D0C" w14:textId="77777777" w:rsidR="00A52191" w:rsidRDefault="00A52191">
            <w:pPr>
              <w:spacing w:after="0"/>
            </w:pPr>
            <w:r>
              <w:rPr>
                <w:rFonts w:ascii="Arial" w:eastAsia="Arial" w:hAnsi="Arial"/>
                <w:color w:val="333333"/>
                <w:sz w:val="14"/>
              </w:rPr>
              <w:t>11am-12pm</w:t>
            </w:r>
          </w:p>
        </w:tc>
        <w:tc>
          <w:tcPr>
            <w:tcW w:w="5760" w:type="dxa"/>
            <w:tcBorders>
              <w:top w:val="single" w:sz="3" w:space="0" w:color="B8B2BF"/>
              <w:left w:val="single" w:sz="3" w:space="0" w:color="B8B2BF"/>
              <w:bottom w:val="single" w:sz="3" w:space="0" w:color="B8B2BF"/>
              <w:right w:val="single" w:sz="3" w:space="0" w:color="B8B2BF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7A20070" w14:textId="77777777" w:rsidR="00A52191" w:rsidRDefault="00A52191">
            <w:pPr>
              <w:spacing w:after="0"/>
            </w:pPr>
            <w:r>
              <w:rPr>
                <w:rFonts w:ascii="Arial" w:eastAsia="Arial" w:hAnsi="Arial"/>
                <w:color w:val="333333"/>
                <w:sz w:val="14"/>
              </w:rPr>
              <w:t>301 E Lake Ave, Bellefontaine</w:t>
            </w:r>
          </w:p>
        </w:tc>
      </w:tr>
      <w:tr w:rsidR="00A52191" w14:paraId="4285FEA7" w14:textId="77777777" w:rsidTr="00A52191">
        <w:trPr>
          <w:jc w:val="center"/>
        </w:trPr>
        <w:tc>
          <w:tcPr>
            <w:tcW w:w="5616" w:type="dxa"/>
            <w:tcBorders>
              <w:top w:val="single" w:sz="3" w:space="0" w:color="B8B2BF"/>
              <w:left w:val="single" w:sz="3" w:space="0" w:color="B8B2BF"/>
              <w:bottom w:val="single" w:sz="3" w:space="0" w:color="B8B2BF"/>
              <w:right w:val="single" w:sz="3" w:space="0" w:color="B8B2BF"/>
            </w:tcBorders>
            <w:shd w:val="clear" w:color="auto" w:fill="EEEAF2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328A675" w14:textId="77777777" w:rsidR="00A52191" w:rsidRDefault="00A52191">
            <w:pPr>
              <w:spacing w:after="0"/>
            </w:pPr>
            <w:r>
              <w:rPr>
                <w:rFonts w:ascii="Arial" w:eastAsia="Arial" w:hAnsi="Arial"/>
                <w:color w:val="333333"/>
                <w:sz w:val="14"/>
              </w:rPr>
              <w:t>St. Vincent De Paul (D)</w:t>
            </w:r>
          </w:p>
        </w:tc>
        <w:tc>
          <w:tcPr>
            <w:tcW w:w="3708" w:type="dxa"/>
            <w:tcBorders>
              <w:top w:val="single" w:sz="3" w:space="0" w:color="B8B2BF"/>
              <w:left w:val="single" w:sz="3" w:space="0" w:color="B8B2BF"/>
              <w:bottom w:val="single" w:sz="3" w:space="0" w:color="B8B2BF"/>
              <w:right w:val="single" w:sz="3" w:space="0" w:color="B8B2BF"/>
            </w:tcBorders>
            <w:shd w:val="clear" w:color="auto" w:fill="EEEAF2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986A7A7" w14:textId="77777777" w:rsidR="00A52191" w:rsidRDefault="00A52191">
            <w:pPr>
              <w:spacing w:after="0"/>
            </w:pPr>
            <w:r>
              <w:rPr>
                <w:rFonts w:ascii="Arial" w:eastAsia="Arial" w:hAnsi="Arial"/>
                <w:color w:val="333333"/>
                <w:sz w:val="14"/>
              </w:rPr>
              <w:t>11am-12pm</w:t>
            </w:r>
          </w:p>
        </w:tc>
        <w:tc>
          <w:tcPr>
            <w:tcW w:w="5760" w:type="dxa"/>
            <w:tcBorders>
              <w:top w:val="single" w:sz="3" w:space="0" w:color="B8B2BF"/>
              <w:left w:val="single" w:sz="3" w:space="0" w:color="B8B2BF"/>
              <w:bottom w:val="single" w:sz="3" w:space="0" w:color="B8B2BF"/>
              <w:right w:val="single" w:sz="3" w:space="0" w:color="B8B2BF"/>
            </w:tcBorders>
            <w:shd w:val="clear" w:color="auto" w:fill="EEEAF2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DDA80A4" w14:textId="77777777" w:rsidR="00A52191" w:rsidRDefault="00A52191">
            <w:pPr>
              <w:spacing w:after="0"/>
            </w:pPr>
            <w:r>
              <w:rPr>
                <w:rFonts w:ascii="Arial" w:eastAsia="Arial" w:hAnsi="Arial"/>
                <w:color w:val="333333"/>
                <w:sz w:val="14"/>
              </w:rPr>
              <w:t>463 Madison Avenue, Russell's Point</w:t>
            </w:r>
          </w:p>
        </w:tc>
      </w:tr>
    </w:tbl>
    <w:p w14:paraId="69EE48E9" w14:textId="77777777" w:rsidR="00A408FF" w:rsidRDefault="00A408FF"/>
    <w:sectPr w:rsidR="00A408FF" w:rsidSect="00F63E44">
      <w:headerReference w:type="default" r:id="rId8"/>
      <w:footerReference w:type="default" r:id="rId9"/>
      <w:pgSz w:w="15840" w:h="12240" w:orient="landscape"/>
      <w:pgMar w:top="819" w:right="504" w:bottom="1062" w:left="5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5125B" w14:textId="77777777" w:rsidR="00367ADD" w:rsidRDefault="00367ADD" w:rsidP="000A0909">
      <w:pPr>
        <w:spacing w:after="0" w:line="240" w:lineRule="auto"/>
      </w:pPr>
      <w:r>
        <w:separator/>
      </w:r>
    </w:p>
  </w:endnote>
  <w:endnote w:type="continuationSeparator" w:id="0">
    <w:p w14:paraId="528D2E94" w14:textId="77777777" w:rsidR="00367ADD" w:rsidRDefault="00367ADD" w:rsidP="000A0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E4ED9" w14:textId="77777777" w:rsidR="00F63E44" w:rsidRPr="00F63E44" w:rsidRDefault="00F63E44" w:rsidP="00F63E44">
    <w:pPr>
      <w:pStyle w:val="Footer"/>
    </w:pPr>
    <w:r>
      <w:rPr>
        <w:rFonts w:ascii="Arial" w:eastAsia="Arial" w:hAnsi="Arial"/>
        <w:color w:val="333333"/>
        <w:sz w:val="13"/>
      </w:rPr>
      <w:t>(D) = Drive-thru   (W) = Walk-up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269E2" w14:textId="77777777" w:rsidR="00367ADD" w:rsidRDefault="00367ADD" w:rsidP="000A0909">
      <w:pPr>
        <w:spacing w:after="0" w:line="240" w:lineRule="auto"/>
      </w:pPr>
      <w:r>
        <w:separator/>
      </w:r>
    </w:p>
  </w:footnote>
  <w:footnote w:type="continuationSeparator" w:id="0">
    <w:p w14:paraId="33698520" w14:textId="77777777" w:rsidR="00367ADD" w:rsidRDefault="00367ADD" w:rsidP="000A09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6C250" w14:textId="77777777" w:rsidR="000A0909" w:rsidRDefault="00F63E44" w:rsidP="00F63E44">
    <w:pPr>
      <w:spacing w:after="20"/>
    </w:pPr>
    <w:r>
      <w:rPr>
        <w:rFonts w:ascii="Arial" w:eastAsia="Arial" w:hAnsi="Arial"/>
        <w:b/>
        <w:sz w:val="30"/>
      </w:rPr>
      <w:t xml:space="preserve">October 2026   </w:t>
    </w:r>
    <w:r w:rsidRPr="00F63E44">
      <w:rPr>
        <w:rFonts w:ascii="Arial" w:eastAsia="Arial" w:hAnsi="Arial"/>
        <w:b/>
        <w:color w:val="FF6A0D"/>
        <w:sz w:val="30"/>
      </w:rPr>
      <w:t>SHFB MOBILE PANTRY</w:t>
    </w:r>
    <w:r w:rsidRPr="00F63E44">
      <w:rPr>
        <w:rFonts w:ascii="Arial" w:eastAsia="Arial" w:hAnsi="Arial"/>
        <w:b/>
        <w:color w:val="F79646" w:themeColor="accent6"/>
        <w:sz w:val="21"/>
      </w:rPr>
      <w:t xml:space="preserve"> </w:t>
    </w:r>
    <w:r w:rsidRPr="00F63E44">
      <w:rPr>
        <w:rFonts w:ascii="Arial" w:eastAsia="Arial" w:hAnsi="Arial"/>
        <w:b/>
        <w:sz w:val="30"/>
      </w:rPr>
      <w:t>Schedule</w:t>
    </w:r>
    <w:r w:rsidRPr="00F63E44">
      <w:rPr>
        <w:rFonts w:ascii="Arial" w:eastAsia="Arial" w:hAnsi="Arial"/>
        <w:b/>
        <w:sz w:val="30"/>
      </w:rPr>
      <w:tab/>
    </w:r>
    <w:r>
      <w:tab/>
    </w:r>
    <w:r>
      <w:tab/>
    </w:r>
    <w:r>
      <w:tab/>
    </w:r>
    <w:r>
      <w:tab/>
    </w:r>
    <w:r>
      <w:tab/>
    </w:r>
    <w:r>
      <w:rPr>
        <w:noProof/>
      </w:rPr>
      <w:drawing>
        <wp:inline distT="0" distB="0" distL="0" distR="0" wp14:anchorId="48C6B1F3" wp14:editId="09A59278">
          <wp:extent cx="1737360" cy="733816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7360" cy="7338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94082469">
    <w:abstractNumId w:val="8"/>
  </w:num>
  <w:num w:numId="2" w16cid:durableId="754861166">
    <w:abstractNumId w:val="6"/>
  </w:num>
  <w:num w:numId="3" w16cid:durableId="1038046746">
    <w:abstractNumId w:val="5"/>
  </w:num>
  <w:num w:numId="4" w16cid:durableId="1670711424">
    <w:abstractNumId w:val="4"/>
  </w:num>
  <w:num w:numId="5" w16cid:durableId="1062484972">
    <w:abstractNumId w:val="7"/>
  </w:num>
  <w:num w:numId="6" w16cid:durableId="1343900663">
    <w:abstractNumId w:val="3"/>
  </w:num>
  <w:num w:numId="7" w16cid:durableId="444465963">
    <w:abstractNumId w:val="2"/>
  </w:num>
  <w:num w:numId="8" w16cid:durableId="1859153116">
    <w:abstractNumId w:val="1"/>
  </w:num>
  <w:num w:numId="9" w16cid:durableId="998383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6AAB"/>
    <w:rsid w:val="000A0909"/>
    <w:rsid w:val="000D7A04"/>
    <w:rsid w:val="0011329F"/>
    <w:rsid w:val="0015074B"/>
    <w:rsid w:val="00151788"/>
    <w:rsid w:val="001562A6"/>
    <w:rsid w:val="001A56B5"/>
    <w:rsid w:val="0029639D"/>
    <w:rsid w:val="002B1879"/>
    <w:rsid w:val="00325E20"/>
    <w:rsid w:val="00326F90"/>
    <w:rsid w:val="00367ADD"/>
    <w:rsid w:val="003B6306"/>
    <w:rsid w:val="003F3DD8"/>
    <w:rsid w:val="00406F41"/>
    <w:rsid w:val="00424E1D"/>
    <w:rsid w:val="004C1CC4"/>
    <w:rsid w:val="0053412B"/>
    <w:rsid w:val="00720D31"/>
    <w:rsid w:val="007F1966"/>
    <w:rsid w:val="008110E8"/>
    <w:rsid w:val="008E4483"/>
    <w:rsid w:val="009B2A3D"/>
    <w:rsid w:val="00A408FF"/>
    <w:rsid w:val="00A52191"/>
    <w:rsid w:val="00AA1D8D"/>
    <w:rsid w:val="00AB46C0"/>
    <w:rsid w:val="00B16CE1"/>
    <w:rsid w:val="00B47730"/>
    <w:rsid w:val="00CB0664"/>
    <w:rsid w:val="00CC1311"/>
    <w:rsid w:val="00D863F5"/>
    <w:rsid w:val="00F308F1"/>
    <w:rsid w:val="00F63E44"/>
    <w:rsid w:val="00FC693F"/>
    <w:rsid w:val="00FF7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423BCD"/>
  <w14:defaultImageDpi w14:val="300"/>
  <w15:docId w15:val="{447B6EFC-B504-844C-8EC7-09D568B84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Maggie Martin</cp:lastModifiedBy>
  <cp:revision>14</cp:revision>
  <cp:lastPrinted>2026-08-31T17:17:00Z</cp:lastPrinted>
  <dcterms:created xsi:type="dcterms:W3CDTF">2013-12-23T23:15:00Z</dcterms:created>
  <dcterms:modified xsi:type="dcterms:W3CDTF">2026-10-15T18:02:00Z</dcterms:modified>
  <cp:category/>
</cp:coreProperties>
</file>